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49B" w:rsidRPr="008F6DEC" w:rsidRDefault="007218C2">
      <w:pPr>
        <w:pStyle w:val="KonuBal"/>
        <w:jc w:val="center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TAK200 İşyeri Uygulama Eğitimi Önceki Öğrenme Portfolyosu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 xml:space="preserve">Bartın Üniversitesi Ulus Meslek </w:t>
      </w:r>
      <w:proofErr w:type="gramStart"/>
      <w:r w:rsidRPr="008F6DEC">
        <w:rPr>
          <w:rFonts w:ascii="Times New Roman" w:hAnsi="Times New Roman" w:cs="Times New Roman"/>
          <w:sz w:val="24"/>
          <w:szCs w:val="24"/>
        </w:rPr>
        <w:t>Yüksekokulu  Mimarlık</w:t>
      </w:r>
      <w:proofErr w:type="gramEnd"/>
      <w:r w:rsidRPr="008F6DEC">
        <w:rPr>
          <w:rFonts w:ascii="Times New Roman" w:hAnsi="Times New Roman" w:cs="Times New Roman"/>
          <w:sz w:val="24"/>
          <w:szCs w:val="24"/>
        </w:rPr>
        <w:t xml:space="preserve"> ve Şehir Planlama Bölümü  Tapu ve Kadastro Programı</w:t>
      </w:r>
    </w:p>
    <w:p w:rsidR="00F6749B" w:rsidRPr="008F6DEC" w:rsidRDefault="007218C2" w:rsidP="008F6DEC">
      <w:pPr>
        <w:jc w:val="both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 xml:space="preserve">Bu form, TAK200 dersi için önceki öğrenmenin tanınmasını talep eden öğrencinin iş </w:t>
      </w:r>
      <w:r w:rsidRPr="008F6DEC">
        <w:rPr>
          <w:rFonts w:ascii="Times New Roman" w:hAnsi="Times New Roman" w:cs="Times New Roman"/>
          <w:sz w:val="24"/>
          <w:szCs w:val="24"/>
        </w:rPr>
        <w:t>deneyimini ve mesleki kazanımlarını belgelemek amacıyla doldurulur. Başvuru ve değerlendirme, yürürlükteki ilgili yönerge ve program esaslarına göre yapılır.</w:t>
      </w:r>
    </w:p>
    <w:p w:rsidR="00F6749B" w:rsidRPr="008F6DEC" w:rsidRDefault="007218C2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1 Öğrenci ve çalışma bilgileri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</w:p>
        </w:tc>
        <w:tc>
          <w:tcPr>
            <w:tcW w:w="6236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Öğrencinin beyanı</w:t>
            </w: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Öğrenci numarası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İletişim b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ilgisi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Çalışılan kurum ve birim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Unvan ve görev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Çalışma başlangıç ve bitiş tarihi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2835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Toplam çalışma süresi</w:t>
            </w:r>
          </w:p>
        </w:tc>
        <w:tc>
          <w:tcPr>
            <w:tcW w:w="6236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2 Başvuru belgeleri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Aşağıdaki belgeleri portfolyoya ekleyiniz. Eksik belge için açıklama yazınız.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102"/>
        <w:gridCol w:w="3969"/>
      </w:tblGrid>
      <w:tr w:rsidR="00F6749B" w:rsidRPr="008F6DEC">
        <w:trPr>
          <w:jc w:val="center"/>
        </w:trPr>
        <w:tc>
          <w:tcPr>
            <w:tcW w:w="51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Belge</w:t>
            </w:r>
          </w:p>
        </w:tc>
        <w:tc>
          <w:tcPr>
            <w:tcW w:w="39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no / açıklama</w:t>
            </w:r>
          </w:p>
        </w:tc>
      </w:tr>
      <w:tr w:rsidR="00F6749B" w:rsidRPr="008F6DEC">
        <w:trPr>
          <w:jc w:val="center"/>
        </w:trPr>
        <w:tc>
          <w:tcPr>
            <w:tcW w:w="51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SGK hizmet dökümü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51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Kurum onaylı çalışma ve görev yazısı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51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Varsa hizmet içi eğitim veya mesleki sertifikalar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51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Varsa kurumca paylaşılmasına izin verilen diğer kanıtlar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Kurum yazısında görev unvanı, çalışma tarihleri ve yapılan işlerin kapsamı bulunmalıdır.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 xml:space="preserve">Kişisel veri ve </w:t>
      </w:r>
      <w:r w:rsidRPr="008F6DEC">
        <w:rPr>
          <w:rFonts w:ascii="Times New Roman" w:hAnsi="Times New Roman" w:cs="Times New Roman"/>
          <w:sz w:val="24"/>
          <w:szCs w:val="24"/>
        </w:rPr>
        <w:t>kurum gizliliği: Vatandaş adı, T.C. kimlik numarası, açık adres, ada/parsel numarası veya gizli işlem belgesi eklemeyiniz. Kanıt sunulacaksa kurumun paylaşım izni alınmalı ve kişisel bilgiler çıkarılmalıdır.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br w:type="page"/>
      </w:r>
    </w:p>
    <w:p w:rsidR="00F6749B" w:rsidRPr="008F6DEC" w:rsidRDefault="007218C2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lastRenderedPageBreak/>
        <w:t>3 Mesleki faaliyet ve kazanımlar</w:t>
      </w:r>
    </w:p>
    <w:p w:rsidR="00F6749B" w:rsidRPr="008F6DEC" w:rsidRDefault="007218C2" w:rsidP="007218C2">
      <w:pPr>
        <w:jc w:val="both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Aşağıdaki tap</w:t>
      </w:r>
      <w:r w:rsidRPr="008F6DEC">
        <w:rPr>
          <w:rFonts w:ascii="Times New Roman" w:hAnsi="Times New Roman" w:cs="Times New Roman"/>
          <w:sz w:val="24"/>
          <w:szCs w:val="24"/>
        </w:rPr>
        <w:t>u işlem türleri için yalnızca fiilen görev aldığınız süreçleri açıklayınız. Bir işlem türünde çalışmadıysanız başlığı yürüttüğünüz başka bir tapu işlemiyle değiştiriniz. İşlem basamakları ve öğrencinin kişisel görevi kendi deneyimine göre doldurulacaktır.</w:t>
      </w:r>
    </w:p>
    <w:p w:rsidR="00F6749B" w:rsidRPr="008F6DEC" w:rsidRDefault="008F6DE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Faaliyet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="007218C2" w:rsidRPr="008F6DEC">
        <w:rPr>
          <w:rFonts w:ascii="Times New Roman" w:hAnsi="Times New Roman" w:cs="Times New Roman"/>
          <w:b/>
          <w:sz w:val="24"/>
          <w:szCs w:val="24"/>
        </w:rPr>
        <w:t>Satış</w:t>
      </w:r>
      <w:proofErr w:type="spellEnd"/>
      <w:r w:rsidR="007218C2" w:rsidRPr="008F6DEC">
        <w:rPr>
          <w:rFonts w:ascii="Times New Roman" w:hAnsi="Times New Roman" w:cs="Times New Roman"/>
          <w:b/>
          <w:sz w:val="24"/>
          <w:szCs w:val="24"/>
        </w:rPr>
        <w:t xml:space="preserve"> ve </w:t>
      </w:r>
      <w:proofErr w:type="spellStart"/>
      <w:r w:rsidR="007218C2" w:rsidRPr="008F6DEC">
        <w:rPr>
          <w:rFonts w:ascii="Times New Roman" w:hAnsi="Times New Roman" w:cs="Times New Roman"/>
          <w:b/>
          <w:sz w:val="24"/>
          <w:szCs w:val="24"/>
        </w:rPr>
        <w:t>taşınmaz</w:t>
      </w:r>
      <w:proofErr w:type="spellEnd"/>
      <w:r w:rsidR="007218C2" w:rsidRPr="008F6D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218C2" w:rsidRPr="008F6DEC">
        <w:rPr>
          <w:rFonts w:ascii="Times New Roman" w:hAnsi="Times New Roman" w:cs="Times New Roman"/>
          <w:b/>
          <w:sz w:val="24"/>
          <w:szCs w:val="24"/>
        </w:rPr>
        <w:t>devri</w:t>
      </w:r>
      <w:proofErr w:type="spellEnd"/>
      <w:r w:rsidR="007218C2" w:rsidRPr="008F6DEC">
        <w:rPr>
          <w:rFonts w:ascii="Times New Roman" w:hAnsi="Times New Roman" w:cs="Times New Roman"/>
          <w:b/>
          <w:sz w:val="24"/>
          <w:szCs w:val="24"/>
        </w:rPr>
        <w:t xml:space="preserve"> işlemi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</w:p>
        </w:tc>
        <w:tc>
          <w:tcPr>
            <w:tcW w:w="56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Açıklama</w:t>
            </w: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İşlem türü</w:t>
            </w:r>
          </w:p>
        </w:tc>
        <w:tc>
          <w:tcPr>
            <w:tcW w:w="56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Satış ve taşınmaz devri işlemi</w:t>
            </w: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Kurum, birim ve yaklaşık dönem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Başvuruda incelenen belge türleri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Bu faaliyetteki kişisel görevim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İşlem akışında izlediğim aşamalar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Sicil, TAKBİS ve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 xml:space="preserve"> ilgili kayıtlarla yaptığım işlemler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Mevzuat ve kontrol noktaları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Karşılaştığım güçlük ve çözümüm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Edindiğim bilgi ve beceriler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İlgili kanıtın ek numarası (varsa)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Faaliyetle ilgili ayrıntılar ve kendi katkım: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br w:type="page"/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Faaliyet 2  </w:t>
      </w:r>
      <w:proofErr w:type="spellStart"/>
      <w:r w:rsidRPr="008F6DEC">
        <w:rPr>
          <w:rFonts w:ascii="Times New Roman" w:hAnsi="Times New Roman" w:cs="Times New Roman"/>
          <w:b/>
          <w:sz w:val="24"/>
          <w:szCs w:val="24"/>
        </w:rPr>
        <w:t>Miras</w:t>
      </w:r>
      <w:proofErr w:type="spellEnd"/>
      <w:r w:rsidRPr="008F6D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b/>
          <w:sz w:val="24"/>
          <w:szCs w:val="24"/>
        </w:rPr>
        <w:t>yoluyla</w:t>
      </w:r>
      <w:proofErr w:type="spellEnd"/>
      <w:r w:rsidRPr="008F6D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b/>
          <w:sz w:val="24"/>
          <w:szCs w:val="24"/>
        </w:rPr>
        <w:t>intikal</w:t>
      </w:r>
      <w:proofErr w:type="spellEnd"/>
      <w:r w:rsidRPr="008F6D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b/>
          <w:sz w:val="24"/>
          <w:szCs w:val="24"/>
        </w:rPr>
        <w:t>işlemi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Paylı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elbirliği)</w:t>
      </w:r>
      <w:bookmarkStart w:id="0" w:name="_GoBack"/>
      <w:bookmarkEnd w:id="0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</w:p>
        </w:tc>
        <w:tc>
          <w:tcPr>
            <w:tcW w:w="56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Açıklama</w:t>
            </w: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İşlem türü</w:t>
            </w:r>
          </w:p>
        </w:tc>
        <w:tc>
          <w:tcPr>
            <w:tcW w:w="56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 xml:space="preserve">Miras yoluyla 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intikal işlemi</w:t>
            </w: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Kurum, birim ve yaklaşık dönem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Başvuruda incelenen belge türleri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Bu faaliyetteki kişisel görevim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İşlem akışında izlediğim aşamalar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Sicil, TAKBİS ve ilgili kayıtlarla yaptığım işlemler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Mevzuat ve kontrol noktaları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 xml:space="preserve">Karşılaştığım 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güçlük ve çözümüm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Edindiğim bilgi ve beceriler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İlgili kanıtın ek numarası (varsa)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Faaliyetle ilgili ayrıntılar ve kendi katkım: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br w:type="page"/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Faaliyet </w:t>
      </w:r>
      <w:proofErr w:type="gramStart"/>
      <w:r w:rsidRPr="008F6DEC">
        <w:rPr>
          <w:rFonts w:ascii="Times New Roman" w:hAnsi="Times New Roman" w:cs="Times New Roman"/>
          <w:b/>
          <w:sz w:val="24"/>
          <w:szCs w:val="24"/>
        </w:rPr>
        <w:t>3  İpotek</w:t>
      </w:r>
      <w:proofErr w:type="gramEnd"/>
      <w:r w:rsidRPr="008F6DEC">
        <w:rPr>
          <w:rFonts w:ascii="Times New Roman" w:hAnsi="Times New Roman" w:cs="Times New Roman"/>
          <w:b/>
          <w:sz w:val="24"/>
          <w:szCs w:val="24"/>
        </w:rPr>
        <w:t xml:space="preserve"> tesisi veya terkini işlemi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</w:p>
        </w:tc>
        <w:tc>
          <w:tcPr>
            <w:tcW w:w="56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Açıklama</w:t>
            </w: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İşlem türü</w:t>
            </w:r>
          </w:p>
        </w:tc>
        <w:tc>
          <w:tcPr>
            <w:tcW w:w="56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 xml:space="preserve">İpotek tesisi veya terkini 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işlemi</w:t>
            </w: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Kurum, birim ve yaklaşık dönem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Başvuruda incelenen belge türleri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Bu faaliyetteki kişisel görevim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İşlem akışında izlediğim aşamalar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Sicil, TAKBİS ve ilgili kayıtlarla yaptığım işlemler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Mevzuat ve kontrol noktaları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Karşılaştığım güçlük ve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 xml:space="preserve"> çözümüm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Edindiğim bilgi ve beceriler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3402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İlgili kanıtın ek numarası (varsa)</w:t>
            </w:r>
          </w:p>
        </w:tc>
        <w:tc>
          <w:tcPr>
            <w:tcW w:w="56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Faaliyetle ilgili ayrıntılar ve kendi katkım: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br w:type="page"/>
      </w:r>
    </w:p>
    <w:p w:rsidR="00F6749B" w:rsidRPr="008F6DEC" w:rsidRDefault="007218C2">
      <w:pPr>
        <w:pStyle w:val="Bal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8F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Öz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</w:p>
    <w:p w:rsidR="00F6749B" w:rsidRDefault="007218C2" w:rsidP="008F6DE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DEC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deneyiminizin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TAK200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İşyeri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Uygulama Eğitimi kapsamında beklenen mesleki bilgi ve becerilere nasıl karşılık geldiğini kendi sözlerinizle açıklayınız. Özellikle üstlendiğiniz sorumluluklara, iş akışına, kurum içi iletişime ve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öğrendiğini</w:t>
      </w:r>
      <w:r w:rsidRPr="008F6DEC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uygulamalara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değininiz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>.</w:t>
      </w: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DEC" w:rsidRDefault="008F6DEC" w:rsidP="008F6D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>
      <w:pPr>
        <w:pStyle w:val="Bal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Ekler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DEC">
        <w:rPr>
          <w:rFonts w:ascii="Times New Roman" w:hAnsi="Times New Roman" w:cs="Times New Roman"/>
          <w:sz w:val="24"/>
          <w:szCs w:val="24"/>
        </w:rPr>
        <w:t>listesi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3969"/>
        <w:gridCol w:w="3969"/>
      </w:tblGrid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no</w:t>
            </w:r>
          </w:p>
        </w:tc>
        <w:tc>
          <w:tcPr>
            <w:tcW w:w="39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Belgenin adı</w:t>
            </w:r>
          </w:p>
        </w:tc>
        <w:tc>
          <w:tcPr>
            <w:tcW w:w="3969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İlgili faaliyet / düze</w:t>
            </w: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nleyen kurum</w:t>
            </w: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1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2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3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4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5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6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7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9B" w:rsidRPr="008F6DEC">
        <w:trPr>
          <w:jc w:val="center"/>
        </w:trPr>
        <w:tc>
          <w:tcPr>
            <w:tcW w:w="1134" w:type="dxa"/>
          </w:tcPr>
          <w:p w:rsidR="00F6749B" w:rsidRPr="008F6DEC" w:rsidRDefault="0072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EC">
              <w:rPr>
                <w:rFonts w:ascii="Times New Roman" w:hAnsi="Times New Roman" w:cs="Times New Roman"/>
                <w:sz w:val="24"/>
                <w:szCs w:val="24"/>
              </w:rPr>
              <w:t>Ek 8</w:t>
            </w: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6749B" w:rsidRPr="008F6DEC" w:rsidRDefault="00F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p w:rsidR="00F6749B" w:rsidRPr="008F6DEC" w:rsidRDefault="007218C2" w:rsidP="007218C2">
      <w:pPr>
        <w:jc w:val="both"/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Beyan: Bu portfolyoda verdiğim bilgilerin kendi çalışma deneyimimi doğru yansıttığını, sunduğum belgelerin gerçeğe uygun olduğunu beyan ederim.</w:t>
      </w:r>
    </w:p>
    <w:p w:rsidR="007218C2" w:rsidRDefault="007218C2">
      <w:pPr>
        <w:rPr>
          <w:rFonts w:ascii="Times New Roman" w:hAnsi="Times New Roman" w:cs="Times New Roman"/>
          <w:sz w:val="24"/>
          <w:szCs w:val="24"/>
        </w:rPr>
      </w:pPr>
      <w:r w:rsidRPr="008F6DEC">
        <w:rPr>
          <w:rFonts w:ascii="Times New Roman" w:hAnsi="Times New Roman" w:cs="Times New Roman"/>
          <w:sz w:val="24"/>
          <w:szCs w:val="24"/>
        </w:rPr>
        <w:t>Tarih: ..........................</w:t>
      </w:r>
      <w:r w:rsidRPr="008F6DE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218C2" w:rsidRDefault="007218C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F6DEC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 xml:space="preserve"> adı soyadı: ................................................    </w:t>
      </w:r>
    </w:p>
    <w:p w:rsidR="00F6749B" w:rsidRPr="008F6DEC" w:rsidRDefault="007218C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F6DEC">
        <w:rPr>
          <w:rFonts w:ascii="Times New Roman" w:hAnsi="Times New Roman" w:cs="Times New Roman"/>
          <w:sz w:val="24"/>
          <w:szCs w:val="24"/>
        </w:rPr>
        <w:t>İmza</w:t>
      </w:r>
      <w:proofErr w:type="spellEnd"/>
      <w:r w:rsidRPr="008F6DEC">
        <w:rPr>
          <w:rFonts w:ascii="Times New Roman" w:hAnsi="Times New Roman" w:cs="Times New Roman"/>
          <w:sz w:val="24"/>
          <w:szCs w:val="24"/>
        </w:rPr>
        <w:t>: ..........................</w:t>
      </w:r>
    </w:p>
    <w:p w:rsidR="00F6749B" w:rsidRPr="008F6DEC" w:rsidRDefault="00F6749B">
      <w:pPr>
        <w:rPr>
          <w:rFonts w:ascii="Times New Roman" w:hAnsi="Times New Roman" w:cs="Times New Roman"/>
          <w:sz w:val="24"/>
          <w:szCs w:val="24"/>
        </w:rPr>
      </w:pPr>
    </w:p>
    <w:sectPr w:rsidR="00F6749B" w:rsidRPr="008F6DEC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18C2"/>
    <w:rsid w:val="008F6DEC"/>
    <w:rsid w:val="00AA1D8D"/>
    <w:rsid w:val="00B47730"/>
    <w:rsid w:val="00CB0664"/>
    <w:rsid w:val="00F674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BE6FC88"/>
  <w14:defaultImageDpi w14:val="300"/>
  <w15:docId w15:val="{6CEBEF90-68D5-49CA-B1E5-9CFA75B8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C7A409-9B70-440B-BC10-C2EB5767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2026-09-23T22:01:00Z</dcterms:created>
  <dcterms:modified xsi:type="dcterms:W3CDTF">2026-09-23T22:01:00Z</dcterms:modified>
  <cp:category/>
</cp:coreProperties>
</file>