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4637" w:type="dxa"/>
        <w:jc w:val="center"/>
        <w:tblLayout w:type="fixed"/>
        <w:tblLook w:val="04A0" w:firstRow="1" w:lastRow="0" w:firstColumn="1" w:lastColumn="0" w:noHBand="0" w:noVBand="1"/>
      </w:tblPr>
      <w:tblGrid>
        <w:gridCol w:w="454"/>
        <w:gridCol w:w="1938"/>
        <w:gridCol w:w="680"/>
        <w:gridCol w:w="680"/>
        <w:gridCol w:w="680"/>
        <w:gridCol w:w="1974"/>
        <w:gridCol w:w="1417"/>
        <w:gridCol w:w="1524"/>
        <w:gridCol w:w="2607"/>
        <w:gridCol w:w="2683"/>
      </w:tblGrid>
      <w:tr w:rsidR="00BE5CEF" w:rsidRPr="00D452E2" w:rsidTr="007047C0">
        <w:trPr>
          <w:trHeight w:val="720"/>
          <w:jc w:val="center"/>
        </w:trPr>
        <w:tc>
          <w:tcPr>
            <w:tcW w:w="454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78654A">
            <w:pPr>
              <w:jc w:val="center"/>
              <w:rPr>
                <w:rFonts w:ascii="Times New Roman" w:hAnsi="Times New Roman" w:cs="Times New Roman"/>
              </w:rPr>
            </w:pPr>
            <w:r w:rsidRPr="00D452E2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938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7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3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E5CEF" w:rsidRPr="00D452E2" w:rsidTr="007047C0">
        <w:trPr>
          <w:trHeight w:val="720"/>
          <w:jc w:val="center"/>
        </w:trPr>
        <w:tc>
          <w:tcPr>
            <w:tcW w:w="454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78654A">
            <w:pPr>
              <w:jc w:val="center"/>
              <w:rPr>
                <w:rFonts w:ascii="Times New Roman" w:hAnsi="Times New Roman" w:cs="Times New Roman"/>
              </w:rPr>
            </w:pPr>
            <w:r w:rsidRPr="00D452E2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938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7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3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E5CEF" w:rsidRPr="00D452E2" w:rsidTr="007047C0">
        <w:trPr>
          <w:trHeight w:val="720"/>
          <w:jc w:val="center"/>
        </w:trPr>
        <w:tc>
          <w:tcPr>
            <w:tcW w:w="454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78654A">
            <w:pPr>
              <w:jc w:val="center"/>
              <w:rPr>
                <w:rFonts w:ascii="Times New Roman" w:hAnsi="Times New Roman" w:cs="Times New Roman"/>
              </w:rPr>
            </w:pPr>
            <w:r w:rsidRPr="00D452E2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938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7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3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E5CEF" w:rsidRPr="00D452E2" w:rsidTr="007047C0">
        <w:trPr>
          <w:trHeight w:val="720"/>
          <w:jc w:val="center"/>
        </w:trPr>
        <w:tc>
          <w:tcPr>
            <w:tcW w:w="454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78654A">
            <w:pPr>
              <w:jc w:val="center"/>
              <w:rPr>
                <w:rFonts w:ascii="Times New Roman" w:hAnsi="Times New Roman" w:cs="Times New Roman"/>
              </w:rPr>
            </w:pPr>
            <w:r w:rsidRPr="00D452E2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938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7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3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E5CEF" w:rsidRPr="00D452E2" w:rsidTr="007047C0">
        <w:trPr>
          <w:trHeight w:val="720"/>
          <w:jc w:val="center"/>
        </w:trPr>
        <w:tc>
          <w:tcPr>
            <w:tcW w:w="454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78654A">
            <w:pPr>
              <w:jc w:val="center"/>
              <w:rPr>
                <w:rFonts w:ascii="Times New Roman" w:hAnsi="Times New Roman" w:cs="Times New Roman"/>
              </w:rPr>
            </w:pPr>
            <w:r w:rsidRPr="00D452E2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938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7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3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E5CEF" w:rsidRPr="00D452E2" w:rsidTr="007047C0">
        <w:trPr>
          <w:trHeight w:val="720"/>
          <w:jc w:val="center"/>
        </w:trPr>
        <w:tc>
          <w:tcPr>
            <w:tcW w:w="454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78654A">
            <w:pPr>
              <w:jc w:val="center"/>
              <w:rPr>
                <w:rFonts w:ascii="Times New Roman" w:hAnsi="Times New Roman" w:cs="Times New Roman"/>
              </w:rPr>
            </w:pPr>
            <w:r w:rsidRPr="00D452E2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938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7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3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E5CEF" w:rsidRPr="00D452E2" w:rsidTr="007047C0">
        <w:trPr>
          <w:trHeight w:val="720"/>
          <w:jc w:val="center"/>
        </w:trPr>
        <w:tc>
          <w:tcPr>
            <w:tcW w:w="454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78654A">
            <w:pPr>
              <w:jc w:val="center"/>
              <w:rPr>
                <w:rFonts w:ascii="Times New Roman" w:hAnsi="Times New Roman" w:cs="Times New Roman"/>
              </w:rPr>
            </w:pPr>
            <w:r w:rsidRPr="00D452E2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1938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7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3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E5CEF" w:rsidRPr="00D452E2" w:rsidTr="007047C0">
        <w:trPr>
          <w:trHeight w:val="720"/>
          <w:jc w:val="center"/>
        </w:trPr>
        <w:tc>
          <w:tcPr>
            <w:tcW w:w="454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78654A">
            <w:pPr>
              <w:jc w:val="center"/>
              <w:rPr>
                <w:rFonts w:ascii="Times New Roman" w:hAnsi="Times New Roman" w:cs="Times New Roman"/>
              </w:rPr>
            </w:pPr>
            <w:r w:rsidRPr="00D452E2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938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7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3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E5CEF" w:rsidRPr="00D452E2" w:rsidTr="007047C0">
        <w:trPr>
          <w:trHeight w:val="720"/>
          <w:jc w:val="center"/>
        </w:trPr>
        <w:tc>
          <w:tcPr>
            <w:tcW w:w="454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78654A">
            <w:pPr>
              <w:jc w:val="center"/>
              <w:rPr>
                <w:rFonts w:ascii="Times New Roman" w:hAnsi="Times New Roman" w:cs="Times New Roman"/>
              </w:rPr>
            </w:pPr>
            <w:r w:rsidRPr="00D452E2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1938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7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3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E5CEF" w:rsidRPr="00D452E2" w:rsidTr="007047C0">
        <w:trPr>
          <w:trHeight w:val="720"/>
          <w:jc w:val="center"/>
        </w:trPr>
        <w:tc>
          <w:tcPr>
            <w:tcW w:w="454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78654A">
            <w:pPr>
              <w:jc w:val="center"/>
              <w:rPr>
                <w:rFonts w:ascii="Times New Roman" w:hAnsi="Times New Roman" w:cs="Times New Roman"/>
              </w:rPr>
            </w:pPr>
            <w:r w:rsidRPr="00D452E2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938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7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3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E5CEF" w:rsidRPr="00D452E2" w:rsidTr="007047C0">
        <w:trPr>
          <w:trHeight w:val="720"/>
          <w:jc w:val="center"/>
        </w:trPr>
        <w:tc>
          <w:tcPr>
            <w:tcW w:w="454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78654A">
            <w:pPr>
              <w:jc w:val="center"/>
              <w:rPr>
                <w:rFonts w:ascii="Times New Roman" w:hAnsi="Times New Roman" w:cs="Times New Roman"/>
              </w:rPr>
            </w:pPr>
            <w:r w:rsidRPr="00D452E2">
              <w:rPr>
                <w:rFonts w:ascii="Times New Roman" w:hAnsi="Times New Roman" w:cs="Times New Roman"/>
                <w:sz w:val="16"/>
              </w:rPr>
              <w:lastRenderedPageBreak/>
              <w:t>11</w:t>
            </w:r>
          </w:p>
        </w:tc>
        <w:tc>
          <w:tcPr>
            <w:tcW w:w="1938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792D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74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7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3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E5CEF" w:rsidRPr="00D452E2" w:rsidTr="007047C0">
        <w:trPr>
          <w:trHeight w:val="720"/>
          <w:jc w:val="center"/>
        </w:trPr>
        <w:tc>
          <w:tcPr>
            <w:tcW w:w="454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78654A">
            <w:pPr>
              <w:jc w:val="center"/>
              <w:rPr>
                <w:rFonts w:ascii="Times New Roman" w:hAnsi="Times New Roman" w:cs="Times New Roman"/>
              </w:rPr>
            </w:pPr>
            <w:r w:rsidRPr="00D452E2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938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7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3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E5CEF" w:rsidRPr="00D452E2" w:rsidTr="007047C0">
        <w:trPr>
          <w:trHeight w:val="720"/>
          <w:jc w:val="center"/>
        </w:trPr>
        <w:tc>
          <w:tcPr>
            <w:tcW w:w="454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78654A">
            <w:pPr>
              <w:jc w:val="center"/>
              <w:rPr>
                <w:rFonts w:ascii="Times New Roman" w:hAnsi="Times New Roman" w:cs="Times New Roman"/>
              </w:rPr>
            </w:pPr>
            <w:r w:rsidRPr="00D452E2">
              <w:rPr>
                <w:rFonts w:ascii="Times New Roman" w:hAnsi="Times New Roman" w:cs="Times New Roman"/>
                <w:sz w:val="16"/>
              </w:rPr>
              <w:t>13</w:t>
            </w:r>
          </w:p>
        </w:tc>
        <w:tc>
          <w:tcPr>
            <w:tcW w:w="1938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7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3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E5CEF" w:rsidRPr="00D452E2" w:rsidTr="007047C0">
        <w:trPr>
          <w:trHeight w:val="720"/>
          <w:jc w:val="center"/>
        </w:trPr>
        <w:tc>
          <w:tcPr>
            <w:tcW w:w="454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78654A">
            <w:pPr>
              <w:jc w:val="center"/>
              <w:rPr>
                <w:rFonts w:ascii="Times New Roman" w:hAnsi="Times New Roman" w:cs="Times New Roman"/>
              </w:rPr>
            </w:pPr>
            <w:r w:rsidRPr="00D452E2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938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7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3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E5CEF" w:rsidRPr="00D452E2" w:rsidTr="007047C0">
        <w:trPr>
          <w:trHeight w:val="720"/>
          <w:jc w:val="center"/>
        </w:trPr>
        <w:tc>
          <w:tcPr>
            <w:tcW w:w="454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78654A">
            <w:pPr>
              <w:jc w:val="center"/>
              <w:rPr>
                <w:rFonts w:ascii="Times New Roman" w:hAnsi="Times New Roman" w:cs="Times New Roman"/>
              </w:rPr>
            </w:pPr>
            <w:r w:rsidRPr="00D452E2">
              <w:rPr>
                <w:rFonts w:ascii="Times New Roman" w:hAnsi="Times New Roman" w:cs="Times New Roman"/>
                <w:sz w:val="16"/>
              </w:rPr>
              <w:t>15</w:t>
            </w:r>
          </w:p>
        </w:tc>
        <w:tc>
          <w:tcPr>
            <w:tcW w:w="1938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7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3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E5CEF" w:rsidRPr="00D452E2" w:rsidTr="007047C0">
        <w:trPr>
          <w:trHeight w:val="720"/>
          <w:jc w:val="center"/>
        </w:trPr>
        <w:tc>
          <w:tcPr>
            <w:tcW w:w="454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78654A">
            <w:pPr>
              <w:jc w:val="center"/>
              <w:rPr>
                <w:rFonts w:ascii="Times New Roman" w:hAnsi="Times New Roman" w:cs="Times New Roman"/>
              </w:rPr>
            </w:pPr>
            <w:r w:rsidRPr="00D452E2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938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7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3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E5CEF" w:rsidRPr="00D452E2" w:rsidTr="007047C0">
        <w:trPr>
          <w:trHeight w:val="720"/>
          <w:jc w:val="center"/>
        </w:trPr>
        <w:tc>
          <w:tcPr>
            <w:tcW w:w="454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78654A">
            <w:pPr>
              <w:jc w:val="center"/>
              <w:rPr>
                <w:rFonts w:ascii="Times New Roman" w:hAnsi="Times New Roman" w:cs="Times New Roman"/>
              </w:rPr>
            </w:pPr>
            <w:r w:rsidRPr="00D452E2">
              <w:rPr>
                <w:rFonts w:ascii="Times New Roman" w:hAnsi="Times New Roman" w:cs="Times New Roman"/>
                <w:sz w:val="16"/>
              </w:rPr>
              <w:t>17</w:t>
            </w:r>
          </w:p>
        </w:tc>
        <w:tc>
          <w:tcPr>
            <w:tcW w:w="1938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7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3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E5CEF" w:rsidRPr="00D452E2" w:rsidTr="007047C0">
        <w:trPr>
          <w:trHeight w:val="720"/>
          <w:jc w:val="center"/>
        </w:trPr>
        <w:tc>
          <w:tcPr>
            <w:tcW w:w="454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78654A">
            <w:pPr>
              <w:jc w:val="center"/>
              <w:rPr>
                <w:rFonts w:ascii="Times New Roman" w:hAnsi="Times New Roman" w:cs="Times New Roman"/>
              </w:rPr>
            </w:pPr>
            <w:r w:rsidRPr="00D452E2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938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7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3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E5CEF" w:rsidRPr="00D452E2" w:rsidTr="007047C0">
        <w:trPr>
          <w:trHeight w:val="720"/>
          <w:jc w:val="center"/>
        </w:trPr>
        <w:tc>
          <w:tcPr>
            <w:tcW w:w="454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78654A">
            <w:pPr>
              <w:jc w:val="center"/>
              <w:rPr>
                <w:rFonts w:ascii="Times New Roman" w:hAnsi="Times New Roman" w:cs="Times New Roman"/>
              </w:rPr>
            </w:pPr>
            <w:r w:rsidRPr="00D452E2">
              <w:rPr>
                <w:rFonts w:ascii="Times New Roman" w:hAnsi="Times New Roman" w:cs="Times New Roman"/>
                <w:sz w:val="16"/>
              </w:rPr>
              <w:t>19</w:t>
            </w:r>
          </w:p>
        </w:tc>
        <w:tc>
          <w:tcPr>
            <w:tcW w:w="1938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7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3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E5CEF" w:rsidRPr="00D452E2" w:rsidTr="007047C0">
        <w:trPr>
          <w:trHeight w:val="720"/>
          <w:jc w:val="center"/>
        </w:trPr>
        <w:tc>
          <w:tcPr>
            <w:tcW w:w="454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78654A">
            <w:pPr>
              <w:jc w:val="center"/>
              <w:rPr>
                <w:rFonts w:ascii="Times New Roman" w:hAnsi="Times New Roman" w:cs="Times New Roman"/>
              </w:rPr>
            </w:pPr>
            <w:r w:rsidRPr="00D452E2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1938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7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3" w:type="dxa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:rsidR="00BE5CEF" w:rsidRPr="00D452E2" w:rsidRDefault="00BE5CE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E5CEF" w:rsidRDefault="00BE5CEF"/>
    <w:p w:rsidR="00BE5CEF" w:rsidRDefault="0078654A">
      <w:r>
        <w:rPr>
          <w:b/>
        </w:rPr>
        <w:t>AÇIKLAMALAR</w:t>
      </w:r>
    </w:p>
    <w:p w:rsidR="00BE5CEF" w:rsidRPr="00BC6002" w:rsidRDefault="0078654A">
      <w:pPr>
        <w:spacing w:after="20"/>
        <w:rPr>
          <w:rFonts w:ascii="Times New Roman" w:hAnsi="Times New Roman" w:cs="Times New Roman"/>
        </w:rPr>
      </w:pPr>
      <w:r w:rsidRPr="00BC6002">
        <w:rPr>
          <w:rFonts w:ascii="Times New Roman" w:hAnsi="Times New Roman" w:cs="Times New Roman"/>
          <w:sz w:val="17"/>
        </w:rPr>
        <w:t>1. Kadın ve erkek sporcu sayıları ayrı ayrı belirtilmelidir.</w:t>
      </w:r>
    </w:p>
    <w:p w:rsidR="00BE5CEF" w:rsidRPr="00BC6002" w:rsidRDefault="0078654A">
      <w:pPr>
        <w:spacing w:after="20"/>
        <w:rPr>
          <w:rFonts w:ascii="Times New Roman" w:hAnsi="Times New Roman" w:cs="Times New Roman"/>
        </w:rPr>
      </w:pPr>
      <w:r w:rsidRPr="00BC6002">
        <w:rPr>
          <w:rFonts w:ascii="Times New Roman" w:hAnsi="Times New Roman" w:cs="Times New Roman"/>
          <w:sz w:val="17"/>
        </w:rPr>
        <w:t>2. “2025-2026 Akademik Yılı Madalya/Takım Başarısı” bölümünde elde edilen dereceler belirtilmelidir.</w:t>
      </w:r>
    </w:p>
    <w:p w:rsidR="00BE5CEF" w:rsidRPr="00BC6002" w:rsidRDefault="0078654A">
      <w:pPr>
        <w:spacing w:after="20"/>
        <w:rPr>
          <w:rFonts w:ascii="Times New Roman" w:hAnsi="Times New Roman" w:cs="Times New Roman"/>
        </w:rPr>
      </w:pPr>
      <w:r w:rsidRPr="00BC6002">
        <w:rPr>
          <w:rFonts w:ascii="Times New Roman" w:hAnsi="Times New Roman" w:cs="Times New Roman"/>
          <w:sz w:val="17"/>
        </w:rPr>
        <w:t>3. “2026-2027 Akademik Yılı Madalya/Takım Başarı Hedefi” bölümünde branşa ilişkin hedeflenen derece veya başarı belirtilmelidir.</w:t>
      </w:r>
    </w:p>
    <w:p w:rsidR="00BE5CEF" w:rsidRPr="00BC6002" w:rsidRDefault="0078654A">
      <w:pPr>
        <w:spacing w:after="20"/>
        <w:rPr>
          <w:rFonts w:ascii="Times New Roman" w:hAnsi="Times New Roman" w:cs="Times New Roman"/>
        </w:rPr>
      </w:pPr>
      <w:r w:rsidRPr="00BC6002">
        <w:rPr>
          <w:rFonts w:ascii="Times New Roman" w:hAnsi="Times New Roman" w:cs="Times New Roman"/>
          <w:sz w:val="17"/>
        </w:rPr>
        <w:t>4. Sorumlu öğretim elemanının iletişim bilgilerinin eksiksiz yazılması gerekmektedir.</w:t>
      </w:r>
    </w:p>
    <w:p w:rsidR="00BE5CEF" w:rsidRDefault="007047C0">
      <w:pPr>
        <w:jc w:val="center"/>
      </w:pPr>
      <w:r>
        <w:rPr>
          <w:b/>
        </w:rPr>
        <w:t xml:space="preserve"> </w:t>
      </w:r>
    </w:p>
    <w:sectPr w:rsidR="00BE5CEF" w:rsidSect="007047C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680" w:right="850" w:bottom="680" w:left="850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47C0" w:rsidRDefault="007047C0" w:rsidP="007047C0">
      <w:pPr>
        <w:spacing w:after="0" w:line="240" w:lineRule="auto"/>
      </w:pPr>
      <w:r>
        <w:separator/>
      </w:r>
    </w:p>
  </w:endnote>
  <w:endnote w:type="continuationSeparator" w:id="0">
    <w:p w:rsidR="007047C0" w:rsidRDefault="007047C0" w:rsidP="00704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‚l‚r ƒSƒVƒbƒ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9C5" w:rsidRDefault="007639C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1"/>
      <w:tblW w:w="1446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59"/>
      <w:gridCol w:w="2903"/>
      <w:gridCol w:w="283"/>
      <w:gridCol w:w="2977"/>
      <w:gridCol w:w="992"/>
      <w:gridCol w:w="2827"/>
      <w:gridCol w:w="3556"/>
    </w:tblGrid>
    <w:tr w:rsidR="007047C0" w:rsidRPr="007047C0" w:rsidTr="00D47D01">
      <w:trPr>
        <w:trHeight w:val="559"/>
      </w:trPr>
      <w:tc>
        <w:tcPr>
          <w:tcW w:w="666" w:type="dxa"/>
        </w:tcPr>
        <w:p w:rsidR="007047C0" w:rsidRPr="007047C0" w:rsidRDefault="007047C0" w:rsidP="007047C0">
          <w:pPr>
            <w:tabs>
              <w:tab w:val="center" w:pos="4536"/>
              <w:tab w:val="right" w:pos="9072"/>
            </w:tabs>
            <w:jc w:val="right"/>
            <w:rPr>
              <w:rFonts w:ascii="Cambria" w:hAnsi="Cambria" w:cs="Times New Roman"/>
              <w:b/>
              <w:sz w:val="16"/>
              <w:szCs w:val="16"/>
            </w:rPr>
          </w:pPr>
          <w:r w:rsidRPr="007047C0">
            <w:rPr>
              <w:rFonts w:ascii="Cambria" w:hAnsi="Cambria" w:cs="Times New Roman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59" w:type="dxa"/>
        </w:tcPr>
        <w:p w:rsidR="007047C0" w:rsidRPr="007047C0" w:rsidRDefault="007047C0" w:rsidP="007047C0">
          <w:pPr>
            <w:tabs>
              <w:tab w:val="center" w:pos="4536"/>
              <w:tab w:val="right" w:pos="9072"/>
            </w:tabs>
            <w:rPr>
              <w:rFonts w:ascii="Cambria" w:hAnsi="Cambria" w:cs="Times New Roman"/>
              <w:sz w:val="16"/>
              <w:szCs w:val="16"/>
            </w:rPr>
          </w:pPr>
          <w:r w:rsidRPr="007047C0">
            <w:rPr>
              <w:rFonts w:ascii="Cambria" w:hAnsi="Cambria" w:cs="Times New Roman"/>
              <w:sz w:val="16"/>
              <w:szCs w:val="16"/>
            </w:rPr>
            <w:t>:</w:t>
          </w:r>
        </w:p>
      </w:tc>
      <w:tc>
        <w:tcPr>
          <w:tcW w:w="2903" w:type="dxa"/>
        </w:tcPr>
        <w:p w:rsidR="007047C0" w:rsidRPr="007047C0" w:rsidRDefault="007047C0" w:rsidP="007047C0">
          <w:pPr>
            <w:tabs>
              <w:tab w:val="center" w:pos="4536"/>
              <w:tab w:val="right" w:pos="9072"/>
            </w:tabs>
            <w:rPr>
              <w:rFonts w:ascii="Cambria" w:hAnsi="Cambria" w:cs="Times New Roman"/>
              <w:sz w:val="16"/>
              <w:szCs w:val="16"/>
            </w:rPr>
          </w:pPr>
          <w:r w:rsidRPr="007047C0">
            <w:rPr>
              <w:rFonts w:ascii="Cambria" w:hAnsi="Cambria" w:cs="Times New Roman"/>
              <w:sz w:val="16"/>
              <w:szCs w:val="16"/>
            </w:rPr>
            <w:t xml:space="preserve">Bartın Üniversitesi Rektörlüğü </w:t>
          </w:r>
        </w:p>
        <w:p w:rsidR="007047C0" w:rsidRPr="007047C0" w:rsidRDefault="007047C0" w:rsidP="007047C0">
          <w:pPr>
            <w:tabs>
              <w:tab w:val="center" w:pos="4536"/>
              <w:tab w:val="right" w:pos="9072"/>
            </w:tabs>
            <w:rPr>
              <w:rFonts w:ascii="Cambria" w:hAnsi="Cambria" w:cs="Times New Roman"/>
              <w:sz w:val="16"/>
              <w:szCs w:val="16"/>
            </w:rPr>
          </w:pPr>
          <w:r w:rsidRPr="007047C0">
            <w:rPr>
              <w:rFonts w:ascii="Cambria" w:hAnsi="Cambria" w:cs="Times New Roman"/>
              <w:sz w:val="16"/>
              <w:szCs w:val="16"/>
            </w:rPr>
            <w:t xml:space="preserve">Sağlık Kültür ve Spor Daire Başkanlığı </w:t>
          </w:r>
        </w:p>
        <w:p w:rsidR="007047C0" w:rsidRPr="007047C0" w:rsidRDefault="007047C0" w:rsidP="007047C0">
          <w:pPr>
            <w:tabs>
              <w:tab w:val="center" w:pos="4536"/>
              <w:tab w:val="right" w:pos="9072"/>
            </w:tabs>
            <w:rPr>
              <w:rFonts w:ascii="Cambria" w:hAnsi="Cambria" w:cs="Times New Roman"/>
              <w:sz w:val="16"/>
              <w:szCs w:val="16"/>
            </w:rPr>
          </w:pPr>
          <w:r w:rsidRPr="007047C0">
            <w:rPr>
              <w:rFonts w:ascii="Cambria" w:hAnsi="Cambria" w:cs="Times New Roman"/>
              <w:sz w:val="16"/>
              <w:szCs w:val="16"/>
            </w:rPr>
            <w:t>Kültür ve Spor Şube Müdürlüğü</w:t>
          </w:r>
        </w:p>
        <w:p w:rsidR="007047C0" w:rsidRPr="007047C0" w:rsidRDefault="007047C0" w:rsidP="007047C0">
          <w:pPr>
            <w:tabs>
              <w:tab w:val="center" w:pos="4536"/>
              <w:tab w:val="right" w:pos="9072"/>
            </w:tabs>
            <w:rPr>
              <w:rFonts w:ascii="Cambria" w:hAnsi="Cambria" w:cs="Times New Roman"/>
              <w:sz w:val="16"/>
              <w:szCs w:val="16"/>
            </w:rPr>
          </w:pPr>
          <w:r w:rsidRPr="007047C0">
            <w:rPr>
              <w:rFonts w:ascii="Cambria" w:hAnsi="Cambria" w:cs="Times New Roman"/>
              <w:sz w:val="16"/>
              <w:szCs w:val="16"/>
            </w:rPr>
            <w:t>74100 Merkez / BARTIN</w:t>
          </w:r>
        </w:p>
      </w:tc>
      <w:tc>
        <w:tcPr>
          <w:tcW w:w="283" w:type="dxa"/>
        </w:tcPr>
        <w:p w:rsidR="007047C0" w:rsidRPr="007047C0" w:rsidRDefault="007047C0" w:rsidP="007047C0">
          <w:pPr>
            <w:tabs>
              <w:tab w:val="center" w:pos="4536"/>
              <w:tab w:val="right" w:pos="9072"/>
            </w:tabs>
            <w:rPr>
              <w:rFonts w:ascii="Cambria" w:hAnsi="Cambria" w:cs="Times New Roman"/>
              <w:sz w:val="16"/>
              <w:szCs w:val="16"/>
            </w:rPr>
          </w:pPr>
        </w:p>
      </w:tc>
      <w:tc>
        <w:tcPr>
          <w:tcW w:w="2977" w:type="dxa"/>
        </w:tcPr>
        <w:p w:rsidR="007047C0" w:rsidRPr="007047C0" w:rsidRDefault="007047C0" w:rsidP="007047C0">
          <w:pPr>
            <w:tabs>
              <w:tab w:val="center" w:pos="4536"/>
              <w:tab w:val="right" w:pos="9072"/>
            </w:tabs>
            <w:jc w:val="right"/>
            <w:rPr>
              <w:rFonts w:ascii="Cambria" w:hAnsi="Cambria" w:cs="Times New Roman"/>
              <w:b/>
              <w:color w:val="002060"/>
              <w:sz w:val="16"/>
              <w:szCs w:val="16"/>
            </w:rPr>
          </w:pPr>
          <w:r w:rsidRPr="007047C0">
            <w:rPr>
              <w:rFonts w:ascii="Cambria" w:hAnsi="Cambria" w:cs="Times New Roman"/>
              <w:b/>
              <w:color w:val="002060"/>
              <w:sz w:val="16"/>
              <w:szCs w:val="16"/>
            </w:rPr>
            <w:t>Telefon</w:t>
          </w:r>
        </w:p>
        <w:p w:rsidR="007047C0" w:rsidRPr="007047C0" w:rsidRDefault="007047C0" w:rsidP="007047C0">
          <w:pPr>
            <w:tabs>
              <w:tab w:val="center" w:pos="4536"/>
              <w:tab w:val="right" w:pos="9072"/>
            </w:tabs>
            <w:jc w:val="right"/>
            <w:rPr>
              <w:rFonts w:ascii="Cambria" w:hAnsi="Cambria" w:cs="Times New Roman"/>
              <w:b/>
              <w:color w:val="002060"/>
              <w:sz w:val="16"/>
              <w:szCs w:val="16"/>
            </w:rPr>
          </w:pPr>
          <w:r w:rsidRPr="007047C0">
            <w:rPr>
              <w:rFonts w:ascii="Cambria" w:hAnsi="Cambria" w:cs="Times New Roman"/>
              <w:b/>
              <w:color w:val="002060"/>
              <w:sz w:val="16"/>
              <w:szCs w:val="16"/>
            </w:rPr>
            <w:t>İnternet Adresi</w:t>
          </w:r>
        </w:p>
        <w:p w:rsidR="007047C0" w:rsidRPr="007047C0" w:rsidRDefault="007047C0" w:rsidP="007047C0">
          <w:pPr>
            <w:tabs>
              <w:tab w:val="center" w:pos="4536"/>
              <w:tab w:val="right" w:pos="9072"/>
            </w:tabs>
            <w:jc w:val="right"/>
            <w:rPr>
              <w:rFonts w:ascii="Cambria" w:hAnsi="Cambria" w:cs="Times New Roman"/>
              <w:sz w:val="16"/>
              <w:szCs w:val="16"/>
            </w:rPr>
          </w:pPr>
          <w:r w:rsidRPr="007047C0">
            <w:rPr>
              <w:rFonts w:ascii="Cambria" w:hAnsi="Cambria" w:cs="Times New Roman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992" w:type="dxa"/>
        </w:tcPr>
        <w:p w:rsidR="007047C0" w:rsidRPr="007047C0" w:rsidRDefault="007047C0" w:rsidP="007047C0">
          <w:pPr>
            <w:tabs>
              <w:tab w:val="center" w:pos="4536"/>
              <w:tab w:val="right" w:pos="9072"/>
            </w:tabs>
            <w:rPr>
              <w:rFonts w:ascii="Cambria" w:hAnsi="Cambria" w:cs="Times New Roman"/>
              <w:sz w:val="16"/>
              <w:szCs w:val="16"/>
            </w:rPr>
          </w:pPr>
          <w:r w:rsidRPr="007047C0">
            <w:rPr>
              <w:rFonts w:ascii="Cambria" w:hAnsi="Cambria" w:cs="Times New Roman"/>
              <w:sz w:val="16"/>
              <w:szCs w:val="16"/>
            </w:rPr>
            <w:t>:</w:t>
          </w:r>
        </w:p>
        <w:p w:rsidR="007047C0" w:rsidRPr="007047C0" w:rsidRDefault="007047C0" w:rsidP="007047C0">
          <w:pPr>
            <w:tabs>
              <w:tab w:val="center" w:pos="4536"/>
              <w:tab w:val="right" w:pos="9072"/>
            </w:tabs>
            <w:rPr>
              <w:rFonts w:ascii="Cambria" w:hAnsi="Cambria" w:cs="Times New Roman"/>
              <w:sz w:val="16"/>
              <w:szCs w:val="16"/>
            </w:rPr>
          </w:pPr>
          <w:r w:rsidRPr="007047C0">
            <w:rPr>
              <w:rFonts w:ascii="Cambria" w:hAnsi="Cambria" w:cs="Times New Roman"/>
              <w:sz w:val="16"/>
              <w:szCs w:val="16"/>
            </w:rPr>
            <w:t>:</w:t>
          </w:r>
        </w:p>
        <w:p w:rsidR="007047C0" w:rsidRPr="007047C0" w:rsidRDefault="007047C0" w:rsidP="007047C0">
          <w:pPr>
            <w:tabs>
              <w:tab w:val="center" w:pos="4536"/>
              <w:tab w:val="right" w:pos="9072"/>
            </w:tabs>
            <w:rPr>
              <w:rFonts w:ascii="Cambria" w:hAnsi="Cambria" w:cs="Times New Roman"/>
              <w:sz w:val="16"/>
              <w:szCs w:val="16"/>
            </w:rPr>
          </w:pPr>
          <w:r w:rsidRPr="007047C0">
            <w:rPr>
              <w:rFonts w:ascii="Cambria" w:hAnsi="Cambria" w:cs="Times New Roman"/>
              <w:sz w:val="16"/>
              <w:szCs w:val="16"/>
            </w:rPr>
            <w:t>:</w:t>
          </w:r>
        </w:p>
      </w:tc>
      <w:tc>
        <w:tcPr>
          <w:tcW w:w="2827" w:type="dxa"/>
        </w:tcPr>
        <w:p w:rsidR="007047C0" w:rsidRPr="007047C0" w:rsidRDefault="007047C0" w:rsidP="007047C0">
          <w:pPr>
            <w:tabs>
              <w:tab w:val="center" w:pos="4536"/>
              <w:tab w:val="right" w:pos="9072"/>
            </w:tabs>
            <w:rPr>
              <w:rFonts w:ascii="Cambria" w:hAnsi="Cambria" w:cs="Times New Roman"/>
              <w:sz w:val="16"/>
              <w:szCs w:val="16"/>
            </w:rPr>
          </w:pPr>
          <w:r w:rsidRPr="007047C0">
            <w:rPr>
              <w:rFonts w:ascii="Cambria" w:hAnsi="Cambria" w:cs="Times New Roman"/>
              <w:sz w:val="16"/>
              <w:szCs w:val="16"/>
            </w:rPr>
            <w:t>0378 223 2711-2713-2704</w:t>
          </w:r>
        </w:p>
        <w:p w:rsidR="007047C0" w:rsidRPr="007047C0" w:rsidRDefault="007047C0" w:rsidP="007047C0">
          <w:pPr>
            <w:tabs>
              <w:tab w:val="center" w:pos="4536"/>
              <w:tab w:val="right" w:pos="9072"/>
            </w:tabs>
            <w:rPr>
              <w:rFonts w:ascii="Cambria" w:hAnsi="Cambria" w:cs="Times New Roman"/>
              <w:sz w:val="16"/>
              <w:szCs w:val="16"/>
            </w:rPr>
          </w:pPr>
          <w:r w:rsidRPr="007047C0">
            <w:rPr>
              <w:rFonts w:ascii="Cambria" w:hAnsi="Cambria" w:cs="Times New Roman"/>
              <w:sz w:val="16"/>
              <w:szCs w:val="16"/>
            </w:rPr>
            <w:t>sksdb.bartin.edu.</w:t>
          </w:r>
          <w:proofErr w:type="gramStart"/>
          <w:r w:rsidRPr="007047C0">
            <w:rPr>
              <w:rFonts w:ascii="Cambria" w:hAnsi="Cambria" w:cs="Times New Roman"/>
              <w:sz w:val="16"/>
              <w:szCs w:val="16"/>
            </w:rPr>
            <w:t>tr   sks</w:t>
          </w:r>
          <w:proofErr w:type="gramEnd"/>
          <w:r w:rsidRPr="007047C0">
            <w:rPr>
              <w:rFonts w:ascii="Cambria" w:hAnsi="Cambria" w:cs="Times New Roman"/>
              <w:sz w:val="16"/>
              <w:szCs w:val="16"/>
            </w:rPr>
            <w:t>@bartin.edu.tr</w:t>
          </w:r>
        </w:p>
      </w:tc>
      <w:tc>
        <w:tcPr>
          <w:tcW w:w="3556" w:type="dxa"/>
        </w:tcPr>
        <w:p w:rsidR="007047C0" w:rsidRPr="007047C0" w:rsidRDefault="007047C0" w:rsidP="007047C0">
          <w:pPr>
            <w:tabs>
              <w:tab w:val="center" w:pos="4536"/>
              <w:tab w:val="right" w:pos="9072"/>
            </w:tabs>
            <w:jc w:val="right"/>
            <w:rPr>
              <w:rFonts w:ascii="Cambria" w:hAnsi="Cambria" w:cs="Times New Roman"/>
              <w:sz w:val="16"/>
              <w:szCs w:val="16"/>
            </w:rPr>
          </w:pPr>
          <w:r w:rsidRPr="007047C0">
            <w:rPr>
              <w:rFonts w:ascii="Cambria" w:hAnsi="Cambria" w:cs="Times New Roman"/>
              <w:color w:val="002060"/>
              <w:sz w:val="16"/>
              <w:szCs w:val="16"/>
            </w:rPr>
            <w:t xml:space="preserve">Sayfa </w:t>
          </w:r>
          <w:r w:rsidRPr="007047C0">
            <w:rPr>
              <w:rFonts w:ascii="Cambria" w:hAnsi="Cambria" w:cs="Times New Roman"/>
              <w:b/>
              <w:bCs/>
              <w:color w:val="002060"/>
              <w:sz w:val="16"/>
              <w:szCs w:val="16"/>
            </w:rPr>
            <w:fldChar w:fldCharType="begin"/>
          </w:r>
          <w:r w:rsidRPr="007047C0">
            <w:rPr>
              <w:rFonts w:ascii="Cambria" w:hAnsi="Cambria" w:cs="Times New Roman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7047C0">
            <w:rPr>
              <w:rFonts w:ascii="Cambria" w:hAnsi="Cambria" w:cs="Times New Roman"/>
              <w:b/>
              <w:bCs/>
              <w:color w:val="002060"/>
              <w:sz w:val="16"/>
              <w:szCs w:val="16"/>
            </w:rPr>
            <w:fldChar w:fldCharType="separate"/>
          </w:r>
          <w:r w:rsidR="007639C5">
            <w:rPr>
              <w:rFonts w:ascii="Cambria" w:hAnsi="Cambria" w:cs="Times New Roman"/>
              <w:b/>
              <w:bCs/>
              <w:noProof/>
              <w:color w:val="002060"/>
              <w:sz w:val="16"/>
              <w:szCs w:val="16"/>
            </w:rPr>
            <w:t>1</w:t>
          </w:r>
          <w:r w:rsidRPr="007047C0">
            <w:rPr>
              <w:rFonts w:ascii="Cambria" w:hAnsi="Cambria" w:cs="Times New Roman"/>
              <w:b/>
              <w:bCs/>
              <w:color w:val="002060"/>
              <w:sz w:val="16"/>
              <w:szCs w:val="16"/>
            </w:rPr>
            <w:fldChar w:fldCharType="end"/>
          </w:r>
          <w:r w:rsidRPr="007047C0">
            <w:rPr>
              <w:rFonts w:ascii="Cambria" w:hAnsi="Cambria" w:cs="Times New Roman"/>
              <w:color w:val="002060"/>
              <w:sz w:val="16"/>
              <w:szCs w:val="16"/>
            </w:rPr>
            <w:t xml:space="preserve"> / </w:t>
          </w:r>
          <w:r w:rsidRPr="007047C0">
            <w:rPr>
              <w:rFonts w:ascii="Cambria" w:hAnsi="Cambria" w:cs="Times New Roman"/>
              <w:b/>
              <w:bCs/>
              <w:color w:val="002060"/>
              <w:sz w:val="16"/>
              <w:szCs w:val="16"/>
            </w:rPr>
            <w:fldChar w:fldCharType="begin"/>
          </w:r>
          <w:r w:rsidRPr="007047C0">
            <w:rPr>
              <w:rFonts w:ascii="Cambria" w:hAnsi="Cambria" w:cs="Times New Roman"/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7047C0">
            <w:rPr>
              <w:rFonts w:ascii="Cambria" w:hAnsi="Cambria" w:cs="Times New Roman"/>
              <w:b/>
              <w:bCs/>
              <w:color w:val="002060"/>
              <w:sz w:val="16"/>
              <w:szCs w:val="16"/>
            </w:rPr>
            <w:fldChar w:fldCharType="separate"/>
          </w:r>
          <w:r w:rsidR="007639C5">
            <w:rPr>
              <w:rFonts w:ascii="Cambria" w:hAnsi="Cambria" w:cs="Times New Roman"/>
              <w:b/>
              <w:bCs/>
              <w:noProof/>
              <w:color w:val="002060"/>
              <w:sz w:val="16"/>
              <w:szCs w:val="16"/>
            </w:rPr>
            <w:t>3</w:t>
          </w:r>
          <w:r w:rsidRPr="007047C0">
            <w:rPr>
              <w:rFonts w:ascii="Cambria" w:hAnsi="Cambria" w:cs="Times New Roman"/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:rsidR="007047C0" w:rsidRDefault="007047C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9C5" w:rsidRDefault="007639C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47C0" w:rsidRDefault="007047C0" w:rsidP="007047C0">
      <w:pPr>
        <w:spacing w:after="0" w:line="240" w:lineRule="auto"/>
      </w:pPr>
      <w:r>
        <w:separator/>
      </w:r>
    </w:p>
  </w:footnote>
  <w:footnote w:type="continuationSeparator" w:id="0">
    <w:p w:rsidR="007047C0" w:rsidRDefault="007047C0" w:rsidP="007047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9C5" w:rsidRDefault="007639C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47C0" w:rsidRPr="00BC6002" w:rsidRDefault="007047C0" w:rsidP="007047C0">
    <w:pPr>
      <w:pStyle w:val="AralkYok"/>
      <w:jc w:val="center"/>
      <w:rPr>
        <w:rFonts w:ascii="Times New Roman" w:hAnsi="Times New Roman" w:cs="Times New Roman"/>
        <w:b/>
        <w:sz w:val="20"/>
        <w:szCs w:val="20"/>
      </w:rPr>
    </w:pPr>
    <w:r w:rsidRPr="00BC6002">
      <w:rPr>
        <w:rFonts w:ascii="Times New Roman" w:hAnsi="Times New Roman" w:cs="Times New Roman"/>
        <w:b/>
        <w:sz w:val="20"/>
        <w:szCs w:val="20"/>
      </w:rPr>
      <w:t>BARTIN ÜNİVERSİTESİ</w:t>
    </w:r>
  </w:p>
  <w:p w:rsidR="007047C0" w:rsidRPr="00BC6002" w:rsidRDefault="007639C5" w:rsidP="007047C0">
    <w:pPr>
      <w:pStyle w:val="AralkYok"/>
      <w:tabs>
        <w:tab w:val="center" w:pos="5440"/>
        <w:tab w:val="left" w:pos="8430"/>
      </w:tabs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-               </w:t>
    </w:r>
    <w:r w:rsidR="007047C0" w:rsidRPr="00BC6002">
      <w:rPr>
        <w:rFonts w:ascii="Times New Roman" w:hAnsi="Times New Roman" w:cs="Times New Roman"/>
        <w:sz w:val="20"/>
        <w:szCs w:val="20"/>
      </w:rPr>
      <w:t xml:space="preserve"> AKADEMİK YILI</w:t>
    </w:r>
  </w:p>
  <w:p w:rsidR="007047C0" w:rsidRPr="00BC6002" w:rsidRDefault="007047C0" w:rsidP="007047C0">
    <w:pPr>
      <w:pStyle w:val="stBilgi"/>
      <w:jc w:val="center"/>
      <w:rPr>
        <w:rFonts w:ascii="Times New Roman" w:hAnsi="Times New Roman" w:cs="Times New Roman"/>
        <w:sz w:val="20"/>
        <w:szCs w:val="20"/>
      </w:rPr>
    </w:pPr>
    <w:r w:rsidRPr="00BC6002">
      <w:rPr>
        <w:rFonts w:ascii="Times New Roman" w:hAnsi="Times New Roman" w:cs="Times New Roman"/>
        <w:sz w:val="20"/>
        <w:szCs w:val="20"/>
      </w:rPr>
      <w:t>ÜNİLİG KATILIM TALEP FORMU</w:t>
    </w:r>
  </w:p>
  <w:tbl>
    <w:tblPr>
      <w:tblStyle w:val="TabloKlavuzu"/>
      <w:tblW w:w="14637" w:type="dxa"/>
      <w:jc w:val="center"/>
      <w:tblLayout w:type="fixed"/>
      <w:tblLook w:val="04A0" w:firstRow="1" w:lastRow="0" w:firstColumn="1" w:lastColumn="0" w:noHBand="0" w:noVBand="1"/>
    </w:tblPr>
    <w:tblGrid>
      <w:gridCol w:w="454"/>
      <w:gridCol w:w="1938"/>
      <w:gridCol w:w="680"/>
      <w:gridCol w:w="680"/>
      <w:gridCol w:w="680"/>
      <w:gridCol w:w="1974"/>
      <w:gridCol w:w="1417"/>
      <w:gridCol w:w="1524"/>
      <w:gridCol w:w="2607"/>
      <w:gridCol w:w="2683"/>
    </w:tblGrid>
    <w:tr w:rsidR="007047C0" w:rsidTr="00CB09C6">
      <w:trPr>
        <w:trHeight w:val="720"/>
        <w:jc w:val="center"/>
      </w:trPr>
      <w:tc>
        <w:tcPr>
          <w:tcW w:w="454" w:type="dxa"/>
          <w:shd w:val="clear" w:color="auto" w:fill="D9EAF7"/>
          <w:tcMar>
            <w:top w:w="60" w:type="dxa"/>
            <w:left w:w="60" w:type="dxa"/>
            <w:bottom w:w="60" w:type="dxa"/>
            <w:right w:w="60" w:type="dxa"/>
          </w:tcMar>
          <w:vAlign w:val="center"/>
        </w:tcPr>
        <w:p w:rsidR="007047C0" w:rsidRPr="00BC6002" w:rsidRDefault="007047C0" w:rsidP="007047C0">
          <w:pPr>
            <w:jc w:val="center"/>
            <w:rPr>
              <w:rFonts w:ascii="Times New Roman" w:hAnsi="Times New Roman" w:cs="Times New Roman"/>
              <w:sz w:val="16"/>
              <w:szCs w:val="16"/>
            </w:rPr>
          </w:pPr>
          <w:proofErr w:type="spellStart"/>
          <w:r w:rsidRPr="00BC6002">
            <w:rPr>
              <w:rFonts w:ascii="Times New Roman" w:hAnsi="Times New Roman" w:cs="Times New Roman"/>
              <w:b/>
              <w:sz w:val="16"/>
              <w:szCs w:val="16"/>
            </w:rPr>
            <w:t>Sıra</w:t>
          </w:r>
          <w:proofErr w:type="spellEnd"/>
          <w:r w:rsidRPr="00BC6002">
            <w:rPr>
              <w:rFonts w:ascii="Times New Roman" w:hAnsi="Times New Roman" w:cs="Times New Roman"/>
              <w:b/>
              <w:sz w:val="16"/>
              <w:szCs w:val="16"/>
            </w:rPr>
            <w:br/>
            <w:t>No</w:t>
          </w:r>
        </w:p>
      </w:tc>
      <w:tc>
        <w:tcPr>
          <w:tcW w:w="1938" w:type="dxa"/>
          <w:shd w:val="clear" w:color="auto" w:fill="D9EAF7"/>
          <w:tcMar>
            <w:top w:w="60" w:type="dxa"/>
            <w:left w:w="60" w:type="dxa"/>
            <w:bottom w:w="60" w:type="dxa"/>
            <w:right w:w="60" w:type="dxa"/>
          </w:tcMar>
          <w:vAlign w:val="center"/>
        </w:tcPr>
        <w:p w:rsidR="007047C0" w:rsidRPr="00BC6002" w:rsidRDefault="007047C0" w:rsidP="007047C0">
          <w:pPr>
            <w:jc w:val="center"/>
            <w:rPr>
              <w:rFonts w:ascii="Times New Roman" w:hAnsi="Times New Roman" w:cs="Times New Roman"/>
              <w:sz w:val="16"/>
              <w:szCs w:val="16"/>
            </w:rPr>
          </w:pPr>
          <w:proofErr w:type="spellStart"/>
          <w:r w:rsidRPr="00BC6002">
            <w:rPr>
              <w:rFonts w:ascii="Times New Roman" w:hAnsi="Times New Roman" w:cs="Times New Roman"/>
              <w:b/>
              <w:sz w:val="16"/>
              <w:szCs w:val="16"/>
            </w:rPr>
            <w:t>Spor</w:t>
          </w:r>
          <w:proofErr w:type="spellEnd"/>
          <w:r w:rsidRPr="00BC6002">
            <w:rPr>
              <w:rFonts w:ascii="Times New Roman" w:hAnsi="Times New Roman" w:cs="Times New Roman"/>
              <w:b/>
              <w:sz w:val="16"/>
              <w:szCs w:val="16"/>
            </w:rPr>
            <w:t xml:space="preserve"> </w:t>
          </w:r>
          <w:proofErr w:type="spellStart"/>
          <w:r w:rsidRPr="00BC6002">
            <w:rPr>
              <w:rFonts w:ascii="Times New Roman" w:hAnsi="Times New Roman" w:cs="Times New Roman"/>
              <w:b/>
              <w:sz w:val="16"/>
              <w:szCs w:val="16"/>
            </w:rPr>
            <w:t>Branşı</w:t>
          </w:r>
          <w:proofErr w:type="spellEnd"/>
        </w:p>
      </w:tc>
      <w:tc>
        <w:tcPr>
          <w:tcW w:w="680" w:type="dxa"/>
          <w:shd w:val="clear" w:color="auto" w:fill="D9EAF7"/>
          <w:tcMar>
            <w:top w:w="60" w:type="dxa"/>
            <w:left w:w="60" w:type="dxa"/>
            <w:bottom w:w="60" w:type="dxa"/>
            <w:right w:w="60" w:type="dxa"/>
          </w:tcMar>
          <w:vAlign w:val="center"/>
        </w:tcPr>
        <w:p w:rsidR="007047C0" w:rsidRPr="00BC6002" w:rsidRDefault="007047C0" w:rsidP="007047C0">
          <w:pPr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BC6002">
            <w:rPr>
              <w:rFonts w:ascii="Times New Roman" w:hAnsi="Times New Roman" w:cs="Times New Roman"/>
              <w:b/>
              <w:sz w:val="16"/>
              <w:szCs w:val="16"/>
            </w:rPr>
            <w:t>Kadın</w:t>
          </w:r>
          <w:r w:rsidRPr="00BC6002">
            <w:rPr>
              <w:rFonts w:ascii="Times New Roman" w:hAnsi="Times New Roman" w:cs="Times New Roman"/>
              <w:b/>
              <w:sz w:val="16"/>
              <w:szCs w:val="16"/>
            </w:rPr>
            <w:br/>
          </w:r>
          <w:proofErr w:type="spellStart"/>
          <w:r w:rsidRPr="00BC6002">
            <w:rPr>
              <w:rFonts w:ascii="Times New Roman" w:hAnsi="Times New Roman" w:cs="Times New Roman"/>
              <w:b/>
              <w:sz w:val="16"/>
              <w:szCs w:val="16"/>
            </w:rPr>
            <w:t>Sporcu</w:t>
          </w:r>
          <w:proofErr w:type="spellEnd"/>
          <w:r w:rsidRPr="00BC6002">
            <w:rPr>
              <w:rFonts w:ascii="Times New Roman" w:hAnsi="Times New Roman" w:cs="Times New Roman"/>
              <w:b/>
              <w:sz w:val="16"/>
              <w:szCs w:val="16"/>
            </w:rPr>
            <w:br/>
          </w:r>
          <w:proofErr w:type="spellStart"/>
          <w:r w:rsidRPr="00BC6002">
            <w:rPr>
              <w:rFonts w:ascii="Times New Roman" w:hAnsi="Times New Roman" w:cs="Times New Roman"/>
              <w:b/>
              <w:sz w:val="16"/>
              <w:szCs w:val="16"/>
            </w:rPr>
            <w:t>Sayısı</w:t>
          </w:r>
          <w:proofErr w:type="spellEnd"/>
        </w:p>
      </w:tc>
      <w:tc>
        <w:tcPr>
          <w:tcW w:w="680" w:type="dxa"/>
          <w:shd w:val="clear" w:color="auto" w:fill="D9EAF7"/>
          <w:tcMar>
            <w:top w:w="60" w:type="dxa"/>
            <w:left w:w="60" w:type="dxa"/>
            <w:bottom w:w="60" w:type="dxa"/>
            <w:right w:w="60" w:type="dxa"/>
          </w:tcMar>
          <w:vAlign w:val="center"/>
        </w:tcPr>
        <w:p w:rsidR="007047C0" w:rsidRPr="00BC6002" w:rsidRDefault="007047C0" w:rsidP="007047C0">
          <w:pPr>
            <w:jc w:val="center"/>
            <w:rPr>
              <w:rFonts w:ascii="Times New Roman" w:hAnsi="Times New Roman" w:cs="Times New Roman"/>
              <w:sz w:val="16"/>
              <w:szCs w:val="16"/>
            </w:rPr>
          </w:pPr>
          <w:proofErr w:type="spellStart"/>
          <w:r w:rsidRPr="00BC6002">
            <w:rPr>
              <w:rFonts w:ascii="Times New Roman" w:hAnsi="Times New Roman" w:cs="Times New Roman"/>
              <w:b/>
              <w:sz w:val="16"/>
              <w:szCs w:val="16"/>
            </w:rPr>
            <w:t>Erkek</w:t>
          </w:r>
          <w:proofErr w:type="spellEnd"/>
          <w:r w:rsidRPr="00BC6002">
            <w:rPr>
              <w:rFonts w:ascii="Times New Roman" w:hAnsi="Times New Roman" w:cs="Times New Roman"/>
              <w:b/>
              <w:sz w:val="16"/>
              <w:szCs w:val="16"/>
            </w:rPr>
            <w:br/>
          </w:r>
          <w:proofErr w:type="spellStart"/>
          <w:r w:rsidRPr="00BC6002">
            <w:rPr>
              <w:rFonts w:ascii="Times New Roman" w:hAnsi="Times New Roman" w:cs="Times New Roman"/>
              <w:b/>
              <w:sz w:val="16"/>
              <w:szCs w:val="16"/>
            </w:rPr>
            <w:t>Sporcu</w:t>
          </w:r>
          <w:proofErr w:type="spellEnd"/>
          <w:r w:rsidRPr="00BC6002">
            <w:rPr>
              <w:rFonts w:ascii="Times New Roman" w:hAnsi="Times New Roman" w:cs="Times New Roman"/>
              <w:b/>
              <w:sz w:val="16"/>
              <w:szCs w:val="16"/>
            </w:rPr>
            <w:br/>
          </w:r>
          <w:proofErr w:type="spellStart"/>
          <w:r w:rsidRPr="00BC6002">
            <w:rPr>
              <w:rFonts w:ascii="Times New Roman" w:hAnsi="Times New Roman" w:cs="Times New Roman"/>
              <w:b/>
              <w:sz w:val="16"/>
              <w:szCs w:val="16"/>
            </w:rPr>
            <w:t>Sayısı</w:t>
          </w:r>
          <w:proofErr w:type="spellEnd"/>
        </w:p>
      </w:tc>
      <w:tc>
        <w:tcPr>
          <w:tcW w:w="680" w:type="dxa"/>
          <w:shd w:val="clear" w:color="auto" w:fill="D9EAF7"/>
          <w:tcMar>
            <w:top w:w="60" w:type="dxa"/>
            <w:left w:w="60" w:type="dxa"/>
            <w:bottom w:w="60" w:type="dxa"/>
            <w:right w:w="60" w:type="dxa"/>
          </w:tcMar>
          <w:vAlign w:val="center"/>
        </w:tcPr>
        <w:p w:rsidR="007047C0" w:rsidRPr="00BC6002" w:rsidRDefault="007047C0" w:rsidP="007047C0">
          <w:pPr>
            <w:jc w:val="center"/>
            <w:rPr>
              <w:rFonts w:ascii="Times New Roman" w:hAnsi="Times New Roman" w:cs="Times New Roman"/>
              <w:sz w:val="16"/>
              <w:szCs w:val="16"/>
            </w:rPr>
          </w:pPr>
          <w:proofErr w:type="spellStart"/>
          <w:r w:rsidRPr="00BC6002">
            <w:rPr>
              <w:rFonts w:ascii="Times New Roman" w:hAnsi="Times New Roman" w:cs="Times New Roman"/>
              <w:b/>
              <w:sz w:val="16"/>
              <w:szCs w:val="16"/>
            </w:rPr>
            <w:t>Toplam</w:t>
          </w:r>
          <w:proofErr w:type="spellEnd"/>
          <w:r w:rsidRPr="00BC6002">
            <w:rPr>
              <w:rFonts w:ascii="Times New Roman" w:hAnsi="Times New Roman" w:cs="Times New Roman"/>
              <w:b/>
              <w:sz w:val="16"/>
              <w:szCs w:val="16"/>
            </w:rPr>
            <w:br/>
          </w:r>
          <w:proofErr w:type="spellStart"/>
          <w:r w:rsidRPr="00BC6002">
            <w:rPr>
              <w:rFonts w:ascii="Times New Roman" w:hAnsi="Times New Roman" w:cs="Times New Roman"/>
              <w:b/>
              <w:sz w:val="16"/>
              <w:szCs w:val="16"/>
            </w:rPr>
            <w:t>Sporcu</w:t>
          </w:r>
          <w:proofErr w:type="spellEnd"/>
        </w:p>
      </w:tc>
      <w:tc>
        <w:tcPr>
          <w:tcW w:w="1974" w:type="dxa"/>
          <w:shd w:val="clear" w:color="auto" w:fill="D9EAF7"/>
          <w:tcMar>
            <w:top w:w="60" w:type="dxa"/>
            <w:left w:w="60" w:type="dxa"/>
            <w:bottom w:w="60" w:type="dxa"/>
            <w:right w:w="60" w:type="dxa"/>
          </w:tcMar>
          <w:vAlign w:val="center"/>
        </w:tcPr>
        <w:p w:rsidR="007047C0" w:rsidRPr="00BC6002" w:rsidRDefault="007047C0" w:rsidP="007047C0">
          <w:pPr>
            <w:jc w:val="center"/>
            <w:rPr>
              <w:rFonts w:ascii="Times New Roman" w:hAnsi="Times New Roman" w:cs="Times New Roman"/>
              <w:sz w:val="16"/>
              <w:szCs w:val="16"/>
            </w:rPr>
          </w:pPr>
          <w:proofErr w:type="spellStart"/>
          <w:r w:rsidRPr="00BC6002">
            <w:rPr>
              <w:rFonts w:ascii="Times New Roman" w:hAnsi="Times New Roman" w:cs="Times New Roman"/>
              <w:b/>
              <w:sz w:val="16"/>
              <w:szCs w:val="16"/>
            </w:rPr>
            <w:t>Sorumlu</w:t>
          </w:r>
          <w:proofErr w:type="spellEnd"/>
          <w:r w:rsidRPr="00BC6002">
            <w:rPr>
              <w:rFonts w:ascii="Times New Roman" w:hAnsi="Times New Roman" w:cs="Times New Roman"/>
              <w:b/>
              <w:sz w:val="16"/>
              <w:szCs w:val="16"/>
            </w:rPr>
            <w:t xml:space="preserve"> </w:t>
          </w:r>
          <w:proofErr w:type="spellStart"/>
          <w:r w:rsidRPr="00BC6002">
            <w:rPr>
              <w:rFonts w:ascii="Times New Roman" w:hAnsi="Times New Roman" w:cs="Times New Roman"/>
              <w:b/>
              <w:sz w:val="16"/>
              <w:szCs w:val="16"/>
            </w:rPr>
            <w:t>Öğretim</w:t>
          </w:r>
          <w:proofErr w:type="spellEnd"/>
          <w:r w:rsidRPr="00BC6002">
            <w:rPr>
              <w:rFonts w:ascii="Times New Roman" w:hAnsi="Times New Roman" w:cs="Times New Roman"/>
              <w:b/>
              <w:sz w:val="16"/>
              <w:szCs w:val="16"/>
            </w:rPr>
            <w:br/>
          </w:r>
          <w:proofErr w:type="spellStart"/>
          <w:r w:rsidRPr="00BC6002">
            <w:rPr>
              <w:rFonts w:ascii="Times New Roman" w:hAnsi="Times New Roman" w:cs="Times New Roman"/>
              <w:b/>
              <w:sz w:val="16"/>
              <w:szCs w:val="16"/>
            </w:rPr>
            <w:t>Elemanı</w:t>
          </w:r>
          <w:proofErr w:type="spellEnd"/>
        </w:p>
      </w:tc>
      <w:tc>
        <w:tcPr>
          <w:tcW w:w="1417" w:type="dxa"/>
          <w:shd w:val="clear" w:color="auto" w:fill="D9EAF7"/>
          <w:tcMar>
            <w:top w:w="60" w:type="dxa"/>
            <w:left w:w="60" w:type="dxa"/>
            <w:bottom w:w="60" w:type="dxa"/>
            <w:right w:w="60" w:type="dxa"/>
          </w:tcMar>
          <w:vAlign w:val="center"/>
        </w:tcPr>
        <w:p w:rsidR="007047C0" w:rsidRPr="00BC6002" w:rsidRDefault="007047C0" w:rsidP="007047C0">
          <w:pPr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BC6002">
            <w:rPr>
              <w:rFonts w:ascii="Times New Roman" w:hAnsi="Times New Roman" w:cs="Times New Roman"/>
              <w:b/>
              <w:sz w:val="16"/>
              <w:szCs w:val="16"/>
            </w:rPr>
            <w:t>E-Posta</w:t>
          </w:r>
        </w:p>
      </w:tc>
      <w:tc>
        <w:tcPr>
          <w:tcW w:w="1524" w:type="dxa"/>
          <w:shd w:val="clear" w:color="auto" w:fill="D9EAF7"/>
          <w:tcMar>
            <w:top w:w="60" w:type="dxa"/>
            <w:left w:w="60" w:type="dxa"/>
            <w:bottom w:w="60" w:type="dxa"/>
            <w:right w:w="60" w:type="dxa"/>
          </w:tcMar>
          <w:vAlign w:val="center"/>
        </w:tcPr>
        <w:p w:rsidR="007047C0" w:rsidRPr="00BC6002" w:rsidRDefault="007047C0" w:rsidP="007047C0">
          <w:pPr>
            <w:jc w:val="center"/>
            <w:rPr>
              <w:rFonts w:ascii="Times New Roman" w:hAnsi="Times New Roman" w:cs="Times New Roman"/>
              <w:sz w:val="16"/>
              <w:szCs w:val="16"/>
            </w:rPr>
          </w:pPr>
          <w:proofErr w:type="spellStart"/>
          <w:r w:rsidRPr="00BC6002">
            <w:rPr>
              <w:rFonts w:ascii="Times New Roman" w:hAnsi="Times New Roman" w:cs="Times New Roman"/>
              <w:b/>
              <w:sz w:val="16"/>
              <w:szCs w:val="16"/>
            </w:rPr>
            <w:t>Telefon</w:t>
          </w:r>
          <w:proofErr w:type="spellEnd"/>
          <w:r w:rsidRPr="00BC6002">
            <w:rPr>
              <w:rFonts w:ascii="Times New Roman" w:hAnsi="Times New Roman" w:cs="Times New Roman"/>
              <w:b/>
              <w:sz w:val="16"/>
              <w:szCs w:val="16"/>
            </w:rPr>
            <w:br/>
          </w:r>
          <w:proofErr w:type="spellStart"/>
          <w:r w:rsidRPr="00BC6002">
            <w:rPr>
              <w:rFonts w:ascii="Times New Roman" w:hAnsi="Times New Roman" w:cs="Times New Roman"/>
              <w:b/>
              <w:sz w:val="16"/>
              <w:szCs w:val="16"/>
            </w:rPr>
            <w:t>Numarası</w:t>
          </w:r>
          <w:proofErr w:type="spellEnd"/>
        </w:p>
      </w:tc>
      <w:tc>
        <w:tcPr>
          <w:tcW w:w="2607" w:type="dxa"/>
          <w:shd w:val="clear" w:color="auto" w:fill="D9EAF7"/>
          <w:tcMar>
            <w:top w:w="60" w:type="dxa"/>
            <w:left w:w="60" w:type="dxa"/>
            <w:bottom w:w="60" w:type="dxa"/>
            <w:right w:w="60" w:type="dxa"/>
          </w:tcMar>
          <w:vAlign w:val="center"/>
        </w:tcPr>
        <w:p w:rsidR="007047C0" w:rsidRPr="00BC6002" w:rsidRDefault="007639C5" w:rsidP="007047C0">
          <w:pPr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sz w:val="16"/>
              <w:szCs w:val="16"/>
            </w:rPr>
            <w:t>…………….</w:t>
          </w:r>
          <w:r w:rsidR="007047C0" w:rsidRPr="00BC6002">
            <w:rPr>
              <w:rFonts w:ascii="Times New Roman" w:hAnsi="Times New Roman" w:cs="Times New Roman"/>
              <w:b/>
              <w:sz w:val="16"/>
              <w:szCs w:val="16"/>
            </w:rPr>
            <w:t xml:space="preserve"> </w:t>
          </w:r>
          <w:proofErr w:type="spellStart"/>
          <w:r w:rsidR="007047C0" w:rsidRPr="00BC6002">
            <w:rPr>
              <w:rFonts w:ascii="Times New Roman" w:hAnsi="Times New Roman" w:cs="Times New Roman"/>
              <w:b/>
              <w:sz w:val="16"/>
              <w:szCs w:val="16"/>
            </w:rPr>
            <w:t>Akademik</w:t>
          </w:r>
          <w:proofErr w:type="spellEnd"/>
          <w:r w:rsidR="007047C0" w:rsidRPr="00BC6002">
            <w:rPr>
              <w:rFonts w:ascii="Times New Roman" w:hAnsi="Times New Roman" w:cs="Times New Roman"/>
              <w:b/>
              <w:sz w:val="16"/>
              <w:szCs w:val="16"/>
            </w:rPr>
            <w:t xml:space="preserve"> </w:t>
          </w:r>
          <w:proofErr w:type="spellStart"/>
          <w:r w:rsidR="007047C0" w:rsidRPr="00BC6002">
            <w:rPr>
              <w:rFonts w:ascii="Times New Roman" w:hAnsi="Times New Roman" w:cs="Times New Roman"/>
              <w:b/>
              <w:sz w:val="16"/>
              <w:szCs w:val="16"/>
            </w:rPr>
            <w:t>Yılı</w:t>
          </w:r>
          <w:proofErr w:type="spellEnd"/>
          <w:r w:rsidR="007047C0" w:rsidRPr="00BC6002">
            <w:rPr>
              <w:rFonts w:ascii="Times New Roman" w:hAnsi="Times New Roman" w:cs="Times New Roman"/>
              <w:b/>
              <w:sz w:val="16"/>
              <w:szCs w:val="16"/>
            </w:rPr>
            <w:br/>
          </w:r>
          <w:proofErr w:type="spellStart"/>
          <w:r w:rsidR="007047C0" w:rsidRPr="00BC6002">
            <w:rPr>
              <w:rFonts w:ascii="Times New Roman" w:hAnsi="Times New Roman" w:cs="Times New Roman"/>
              <w:b/>
              <w:sz w:val="16"/>
              <w:szCs w:val="16"/>
            </w:rPr>
            <w:t>Madalya</w:t>
          </w:r>
          <w:proofErr w:type="spellEnd"/>
          <w:r w:rsidR="007047C0" w:rsidRPr="00BC6002">
            <w:rPr>
              <w:rFonts w:ascii="Times New Roman" w:hAnsi="Times New Roman" w:cs="Times New Roman"/>
              <w:b/>
              <w:sz w:val="16"/>
              <w:szCs w:val="16"/>
            </w:rPr>
            <w:t>/</w:t>
          </w:r>
          <w:proofErr w:type="spellStart"/>
          <w:r w:rsidR="007047C0" w:rsidRPr="00BC6002">
            <w:rPr>
              <w:rFonts w:ascii="Times New Roman" w:hAnsi="Times New Roman" w:cs="Times New Roman"/>
              <w:b/>
              <w:sz w:val="16"/>
              <w:szCs w:val="16"/>
            </w:rPr>
            <w:t>Takım</w:t>
          </w:r>
          <w:proofErr w:type="spellEnd"/>
          <w:r w:rsidR="007047C0" w:rsidRPr="00BC6002">
            <w:rPr>
              <w:rFonts w:ascii="Times New Roman" w:hAnsi="Times New Roman" w:cs="Times New Roman"/>
              <w:b/>
              <w:sz w:val="16"/>
              <w:szCs w:val="16"/>
            </w:rPr>
            <w:t xml:space="preserve"> </w:t>
          </w:r>
          <w:proofErr w:type="spellStart"/>
          <w:r w:rsidR="007047C0" w:rsidRPr="00BC6002">
            <w:rPr>
              <w:rFonts w:ascii="Times New Roman" w:hAnsi="Times New Roman" w:cs="Times New Roman"/>
              <w:b/>
              <w:sz w:val="16"/>
              <w:szCs w:val="16"/>
            </w:rPr>
            <w:t>Başarısı</w:t>
          </w:r>
          <w:proofErr w:type="spellEnd"/>
        </w:p>
      </w:tc>
      <w:tc>
        <w:tcPr>
          <w:tcW w:w="2683" w:type="dxa"/>
          <w:shd w:val="clear" w:color="auto" w:fill="D9EAF7"/>
          <w:tcMar>
            <w:top w:w="60" w:type="dxa"/>
            <w:left w:w="60" w:type="dxa"/>
            <w:bottom w:w="60" w:type="dxa"/>
            <w:right w:w="60" w:type="dxa"/>
          </w:tcMar>
          <w:vAlign w:val="center"/>
        </w:tcPr>
        <w:p w:rsidR="007047C0" w:rsidRPr="00BC6002" w:rsidRDefault="007639C5" w:rsidP="007047C0">
          <w:pPr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sz w:val="16"/>
              <w:szCs w:val="16"/>
            </w:rPr>
            <w:t>…………..</w:t>
          </w:r>
          <w:bookmarkStart w:id="0" w:name="_GoBack"/>
          <w:bookmarkEnd w:id="0"/>
          <w:r w:rsidR="007047C0" w:rsidRPr="00BC6002">
            <w:rPr>
              <w:rFonts w:ascii="Times New Roman" w:hAnsi="Times New Roman" w:cs="Times New Roman"/>
              <w:b/>
              <w:sz w:val="16"/>
              <w:szCs w:val="16"/>
            </w:rPr>
            <w:t xml:space="preserve"> </w:t>
          </w:r>
          <w:proofErr w:type="spellStart"/>
          <w:r w:rsidR="007047C0" w:rsidRPr="00BC6002">
            <w:rPr>
              <w:rFonts w:ascii="Times New Roman" w:hAnsi="Times New Roman" w:cs="Times New Roman"/>
              <w:b/>
              <w:sz w:val="16"/>
              <w:szCs w:val="16"/>
            </w:rPr>
            <w:t>Akademik</w:t>
          </w:r>
          <w:proofErr w:type="spellEnd"/>
          <w:r w:rsidR="007047C0" w:rsidRPr="00BC6002">
            <w:rPr>
              <w:rFonts w:ascii="Times New Roman" w:hAnsi="Times New Roman" w:cs="Times New Roman"/>
              <w:b/>
              <w:sz w:val="16"/>
              <w:szCs w:val="16"/>
            </w:rPr>
            <w:t xml:space="preserve"> </w:t>
          </w:r>
          <w:proofErr w:type="spellStart"/>
          <w:r w:rsidR="007047C0" w:rsidRPr="00BC6002">
            <w:rPr>
              <w:rFonts w:ascii="Times New Roman" w:hAnsi="Times New Roman" w:cs="Times New Roman"/>
              <w:b/>
              <w:sz w:val="16"/>
              <w:szCs w:val="16"/>
            </w:rPr>
            <w:t>Yılı</w:t>
          </w:r>
          <w:proofErr w:type="spellEnd"/>
          <w:r w:rsidR="007047C0" w:rsidRPr="00BC6002">
            <w:rPr>
              <w:rFonts w:ascii="Times New Roman" w:hAnsi="Times New Roman" w:cs="Times New Roman"/>
              <w:b/>
              <w:sz w:val="16"/>
              <w:szCs w:val="16"/>
            </w:rPr>
            <w:br/>
          </w:r>
          <w:proofErr w:type="spellStart"/>
          <w:r w:rsidR="007047C0" w:rsidRPr="00BC6002">
            <w:rPr>
              <w:rFonts w:ascii="Times New Roman" w:hAnsi="Times New Roman" w:cs="Times New Roman"/>
              <w:b/>
              <w:sz w:val="16"/>
              <w:szCs w:val="16"/>
            </w:rPr>
            <w:t>Madalya</w:t>
          </w:r>
          <w:proofErr w:type="spellEnd"/>
          <w:r w:rsidR="007047C0" w:rsidRPr="00BC6002">
            <w:rPr>
              <w:rFonts w:ascii="Times New Roman" w:hAnsi="Times New Roman" w:cs="Times New Roman"/>
              <w:b/>
              <w:sz w:val="16"/>
              <w:szCs w:val="16"/>
            </w:rPr>
            <w:t>/</w:t>
          </w:r>
          <w:proofErr w:type="spellStart"/>
          <w:r w:rsidR="007047C0" w:rsidRPr="00BC6002">
            <w:rPr>
              <w:rFonts w:ascii="Times New Roman" w:hAnsi="Times New Roman" w:cs="Times New Roman"/>
              <w:b/>
              <w:sz w:val="16"/>
              <w:szCs w:val="16"/>
            </w:rPr>
            <w:t>Takım</w:t>
          </w:r>
          <w:proofErr w:type="spellEnd"/>
          <w:r w:rsidR="007047C0" w:rsidRPr="00BC6002">
            <w:rPr>
              <w:rFonts w:ascii="Times New Roman" w:hAnsi="Times New Roman" w:cs="Times New Roman"/>
              <w:b/>
              <w:sz w:val="16"/>
              <w:szCs w:val="16"/>
            </w:rPr>
            <w:t xml:space="preserve"> </w:t>
          </w:r>
          <w:proofErr w:type="spellStart"/>
          <w:r w:rsidR="007047C0" w:rsidRPr="00BC6002">
            <w:rPr>
              <w:rFonts w:ascii="Times New Roman" w:hAnsi="Times New Roman" w:cs="Times New Roman"/>
              <w:b/>
              <w:sz w:val="16"/>
              <w:szCs w:val="16"/>
            </w:rPr>
            <w:t>Başarı</w:t>
          </w:r>
          <w:proofErr w:type="spellEnd"/>
          <w:r w:rsidR="007047C0" w:rsidRPr="00BC6002">
            <w:rPr>
              <w:rFonts w:ascii="Times New Roman" w:hAnsi="Times New Roman" w:cs="Times New Roman"/>
              <w:b/>
              <w:sz w:val="16"/>
              <w:szCs w:val="16"/>
            </w:rPr>
            <w:t xml:space="preserve"> </w:t>
          </w:r>
          <w:proofErr w:type="spellStart"/>
          <w:r w:rsidR="007047C0" w:rsidRPr="00BC6002">
            <w:rPr>
              <w:rFonts w:ascii="Times New Roman" w:hAnsi="Times New Roman" w:cs="Times New Roman"/>
              <w:b/>
              <w:sz w:val="16"/>
              <w:szCs w:val="16"/>
            </w:rPr>
            <w:t>Hedefi</w:t>
          </w:r>
          <w:proofErr w:type="spellEnd"/>
        </w:p>
      </w:tc>
    </w:tr>
  </w:tbl>
  <w:p w:rsidR="007047C0" w:rsidRPr="007047C0" w:rsidRDefault="007047C0" w:rsidP="007047C0">
    <w:pPr>
      <w:pStyle w:val="stBilgi"/>
      <w:jc w:val="center"/>
      <w:rPr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9C5" w:rsidRDefault="007639C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047C0"/>
    <w:rsid w:val="007639C5"/>
    <w:rsid w:val="0078654A"/>
    <w:rsid w:val="00792D66"/>
    <w:rsid w:val="00AA1D8D"/>
    <w:rsid w:val="00B47730"/>
    <w:rsid w:val="00BC6002"/>
    <w:rsid w:val="00BE5CEF"/>
    <w:rsid w:val="00CB0664"/>
    <w:rsid w:val="00D452E2"/>
    <w:rsid w:val="00D47D0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1EC07AC7"/>
  <w14:defaultImageDpi w14:val="300"/>
  <w15:docId w15:val="{7BE32D04-410D-49A4-A906-1E3C7507F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TabloKlavuzu1">
    <w:name w:val="Tablo Kılavuzu1"/>
    <w:basedOn w:val="NormalTablo"/>
    <w:next w:val="TabloKlavuzu"/>
    <w:uiPriority w:val="39"/>
    <w:rsid w:val="007047C0"/>
    <w:pPr>
      <w:spacing w:after="0" w:line="240" w:lineRule="auto"/>
    </w:pPr>
    <w:rPr>
      <w:rFonts w:eastAsia="Calibri"/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2F300E8-918D-4584-9FB5-50CF8F174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96</Words>
  <Characters>548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BARÜ SKSDB</dc:creator>
  <cp:keywords/>
  <dc:description>generated by python-docx</dc:description>
  <cp:lastModifiedBy>Dell</cp:lastModifiedBy>
  <cp:revision>8</cp:revision>
  <dcterms:created xsi:type="dcterms:W3CDTF">2026-09-07T13:58:00Z</dcterms:created>
  <dcterms:modified xsi:type="dcterms:W3CDTF">2026-09-20T11:38:00Z</dcterms:modified>
  <cp:category/>
</cp:coreProperties>
</file>