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F0B" w:rsidRPr="00457395" w:rsidRDefault="00457395">
      <w:pPr>
        <w:pStyle w:val="Balk1"/>
        <w:rPr>
          <w:rFonts w:ascii="Times New Roman" w:hAnsi="Times New Roman" w:cs="Times New Roman"/>
          <w:color w:val="auto"/>
          <w:sz w:val="24"/>
          <w:szCs w:val="24"/>
        </w:rPr>
      </w:pPr>
      <w:r w:rsidRPr="00457395">
        <w:rPr>
          <w:rFonts w:ascii="Times New Roman" w:hAnsi="Times New Roman" w:cs="Times New Roman"/>
          <w:color w:val="auto"/>
          <w:sz w:val="24"/>
          <w:szCs w:val="24"/>
        </w:rPr>
        <w:t>STUDENT ORIENTATION AND CAREER UNIT</w:t>
      </w:r>
    </w:p>
    <w:p w:rsidR="00202F0B" w:rsidRPr="00457395" w:rsidRDefault="00457395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457395">
        <w:rPr>
          <w:rFonts w:ascii="Times New Roman" w:hAnsi="Times New Roman" w:cs="Times New Roman"/>
          <w:color w:val="auto"/>
          <w:sz w:val="24"/>
          <w:szCs w:val="24"/>
        </w:rPr>
        <w:t>Chair</w:t>
      </w:r>
    </w:p>
    <w:p w:rsidR="00202F0B" w:rsidRPr="00457395" w:rsidRDefault="00457395">
      <w:pPr>
        <w:rPr>
          <w:rFonts w:cs="Times New Roman"/>
          <w:szCs w:val="24"/>
        </w:rPr>
      </w:pPr>
      <w:r w:rsidRPr="00457395">
        <w:rPr>
          <w:rFonts w:cs="Times New Roman"/>
          <w:szCs w:val="24"/>
        </w:rPr>
        <w:t>Assoc. Prof. Dr. Ayfer ÖZTÜRK</w:t>
      </w:r>
    </w:p>
    <w:p w:rsidR="00202F0B" w:rsidRPr="00457395" w:rsidRDefault="00457395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457395">
        <w:rPr>
          <w:rFonts w:ascii="Times New Roman" w:hAnsi="Times New Roman" w:cs="Times New Roman"/>
          <w:color w:val="auto"/>
          <w:sz w:val="24"/>
          <w:szCs w:val="24"/>
        </w:rPr>
        <w:t>Members</w:t>
      </w:r>
    </w:p>
    <w:p w:rsidR="00202F0B" w:rsidRPr="00457395" w:rsidRDefault="00457395">
      <w:pPr>
        <w:rPr>
          <w:rFonts w:cs="Times New Roman"/>
          <w:szCs w:val="24"/>
        </w:rPr>
      </w:pPr>
      <w:r w:rsidRPr="00457395">
        <w:rPr>
          <w:rFonts w:cs="Times New Roman"/>
          <w:szCs w:val="24"/>
        </w:rPr>
        <w:t>Lect. Dr. Simge ÖZTÜRK</w:t>
      </w:r>
    </w:p>
    <w:p w:rsidR="00202F0B" w:rsidRPr="00457395" w:rsidRDefault="00457395">
      <w:pPr>
        <w:rPr>
          <w:rFonts w:cs="Times New Roman"/>
          <w:szCs w:val="24"/>
        </w:rPr>
      </w:pPr>
      <w:r w:rsidRPr="00457395">
        <w:rPr>
          <w:rFonts w:cs="Times New Roman"/>
          <w:szCs w:val="24"/>
        </w:rPr>
        <w:t>Lect. Eda KES</w:t>
      </w:r>
    </w:p>
    <w:p w:rsidR="00202F0B" w:rsidRPr="00457395" w:rsidRDefault="00457395">
      <w:pPr>
        <w:rPr>
          <w:rFonts w:cs="Times New Roman"/>
          <w:szCs w:val="24"/>
        </w:rPr>
      </w:pPr>
      <w:r w:rsidRPr="00457395">
        <w:rPr>
          <w:rFonts w:cs="Times New Roman"/>
          <w:szCs w:val="24"/>
        </w:rPr>
        <w:t>Research Assistant Hilal BÜYÜKTOPAÇ ÇAKICI</w:t>
      </w:r>
    </w:p>
    <w:p w:rsidR="00202F0B" w:rsidRPr="00457395" w:rsidRDefault="00457395">
      <w:pPr>
        <w:rPr>
          <w:rFonts w:cs="Times New Roman"/>
          <w:szCs w:val="24"/>
        </w:rPr>
      </w:pPr>
      <w:r w:rsidRPr="00457395">
        <w:rPr>
          <w:rFonts w:cs="Times New Roman"/>
          <w:szCs w:val="24"/>
        </w:rPr>
        <w:t>Student Member Hasan DEMİRAĞ</w:t>
      </w:r>
    </w:p>
    <w:p w:rsidR="00202F0B" w:rsidRPr="00457395" w:rsidRDefault="00457395" w:rsidP="00457395">
      <w:pPr>
        <w:pStyle w:val="Bal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olor w:val="auto"/>
          <w:sz w:val="24"/>
          <w:szCs w:val="24"/>
        </w:rPr>
        <w:t>Job Description</w:t>
      </w:r>
    </w:p>
    <w:p w:rsidR="00202F0B" w:rsidRPr="00457395" w:rsidRDefault="00457395" w:rsidP="00457395">
      <w:pPr>
        <w:jc w:val="both"/>
        <w:rPr>
          <w:rFonts w:cs="Times New Roman"/>
          <w:szCs w:val="24"/>
        </w:rPr>
      </w:pPr>
      <w:r w:rsidRPr="00457395">
        <w:rPr>
          <w:rFonts w:cs="Times New Roman"/>
          <w:szCs w:val="24"/>
        </w:rPr>
        <w:t xml:space="preserve">The Unit is responsible for supporting the academic, </w:t>
      </w:r>
      <w:r w:rsidRPr="00457395">
        <w:rPr>
          <w:rFonts w:cs="Times New Roman"/>
          <w:szCs w:val="24"/>
        </w:rPr>
        <w:t>social, personal, and institutional adaptation of Department of Nursing students from the beginning of their studies; helping them identify career goals based on their interests, expectations, and competencies; guiding them in developing an effective caree</w:t>
      </w:r>
      <w:r w:rsidRPr="00457395">
        <w:rPr>
          <w:rFonts w:cs="Times New Roman"/>
          <w:szCs w:val="24"/>
        </w:rPr>
        <w:t>r plan; assisting graduates in finding employment suited to their qualifications; providing guidance for potential job-search challenges; and reporting its activities to the Head of the Department.</w:t>
      </w:r>
    </w:p>
    <w:p w:rsidR="00202F0B" w:rsidRPr="00457395" w:rsidRDefault="00457395" w:rsidP="00457395">
      <w:pPr>
        <w:pStyle w:val="Bal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7395">
        <w:rPr>
          <w:rFonts w:ascii="Times New Roman" w:hAnsi="Times New Roman" w:cs="Times New Roman"/>
          <w:color w:val="auto"/>
          <w:sz w:val="24"/>
          <w:szCs w:val="24"/>
        </w:rPr>
        <w:t>Duties, Authorities, and Responsibilities</w:t>
      </w:r>
    </w:p>
    <w:p w:rsidR="00202F0B" w:rsidRPr="00457395" w:rsidRDefault="00457395" w:rsidP="00457395">
      <w:pPr>
        <w:pStyle w:val="ListeMaddemi"/>
        <w:jc w:val="both"/>
        <w:rPr>
          <w:rFonts w:cs="Times New Roman"/>
          <w:szCs w:val="24"/>
        </w:rPr>
      </w:pPr>
      <w:r w:rsidRPr="00457395">
        <w:rPr>
          <w:rFonts w:cs="Times New Roman"/>
          <w:szCs w:val="24"/>
        </w:rPr>
        <w:t>Prepares departm</w:t>
      </w:r>
      <w:r w:rsidRPr="00457395">
        <w:rPr>
          <w:rFonts w:cs="Times New Roman"/>
          <w:szCs w:val="24"/>
        </w:rPr>
        <w:t>ental promotional guides and brochures.</w:t>
      </w:r>
    </w:p>
    <w:p w:rsidR="00202F0B" w:rsidRPr="00457395" w:rsidRDefault="00457395" w:rsidP="00457395">
      <w:pPr>
        <w:pStyle w:val="ListeMaddemi"/>
        <w:jc w:val="both"/>
        <w:rPr>
          <w:rFonts w:cs="Times New Roman"/>
          <w:szCs w:val="24"/>
        </w:rPr>
      </w:pPr>
      <w:r w:rsidRPr="00457395">
        <w:rPr>
          <w:rFonts w:cs="Times New Roman"/>
          <w:szCs w:val="24"/>
        </w:rPr>
        <w:t>Organizes an orientation program at the beginning of the fall semester each year for newly enrolled first-year students.</w:t>
      </w:r>
    </w:p>
    <w:p w:rsidR="00202F0B" w:rsidRPr="00457395" w:rsidRDefault="00457395" w:rsidP="00457395">
      <w:pPr>
        <w:pStyle w:val="ListeMaddemi"/>
        <w:jc w:val="both"/>
        <w:rPr>
          <w:rFonts w:cs="Times New Roman"/>
          <w:szCs w:val="24"/>
        </w:rPr>
      </w:pPr>
      <w:r w:rsidRPr="00457395">
        <w:rPr>
          <w:rFonts w:cs="Times New Roman"/>
          <w:szCs w:val="24"/>
        </w:rPr>
        <w:t>Maintains communication with the Bartın University Career Planning, Practice and Research Cente</w:t>
      </w:r>
      <w:r w:rsidRPr="00457395">
        <w:rPr>
          <w:rFonts w:cs="Times New Roman"/>
          <w:szCs w:val="24"/>
        </w:rPr>
        <w:t>r.</w:t>
      </w:r>
    </w:p>
    <w:p w:rsidR="00202F0B" w:rsidRPr="00457395" w:rsidRDefault="00457395" w:rsidP="00457395">
      <w:pPr>
        <w:pStyle w:val="ListeMaddemi"/>
        <w:jc w:val="both"/>
        <w:rPr>
          <w:rFonts w:cs="Times New Roman"/>
          <w:szCs w:val="24"/>
        </w:rPr>
      </w:pPr>
      <w:r w:rsidRPr="00457395">
        <w:rPr>
          <w:rFonts w:cs="Times New Roman"/>
          <w:szCs w:val="24"/>
        </w:rPr>
        <w:t>Provides students and graduates with career development support and services according to their needs.</w:t>
      </w:r>
    </w:p>
    <w:p w:rsidR="00202F0B" w:rsidRPr="00457395" w:rsidRDefault="00457395" w:rsidP="00457395">
      <w:pPr>
        <w:pStyle w:val="ListeMaddemi"/>
        <w:jc w:val="both"/>
        <w:rPr>
          <w:rFonts w:cs="Times New Roman"/>
          <w:szCs w:val="24"/>
        </w:rPr>
      </w:pPr>
      <w:r w:rsidRPr="00457395">
        <w:rPr>
          <w:rFonts w:cs="Times New Roman"/>
          <w:szCs w:val="24"/>
        </w:rPr>
        <w:t>Directs students to the Bartın University Career Planning, Practice and Research Center.</w:t>
      </w:r>
    </w:p>
    <w:p w:rsidR="00202F0B" w:rsidRPr="00457395" w:rsidRDefault="00457395" w:rsidP="00457395">
      <w:pPr>
        <w:pStyle w:val="ListeMaddemi"/>
        <w:jc w:val="both"/>
        <w:rPr>
          <w:rFonts w:cs="Times New Roman"/>
          <w:szCs w:val="24"/>
        </w:rPr>
      </w:pPr>
      <w:r w:rsidRPr="00457395">
        <w:rPr>
          <w:rFonts w:cs="Times New Roman"/>
          <w:szCs w:val="24"/>
        </w:rPr>
        <w:t>Organizes Career Days at least once a year in line with stude</w:t>
      </w:r>
      <w:r w:rsidRPr="00457395">
        <w:rPr>
          <w:rFonts w:cs="Times New Roman"/>
          <w:szCs w:val="24"/>
        </w:rPr>
        <w:t>nts' career expectations.</w:t>
      </w:r>
    </w:p>
    <w:p w:rsidR="00202F0B" w:rsidRPr="00457395" w:rsidRDefault="00457395" w:rsidP="00457395">
      <w:pPr>
        <w:pStyle w:val="ListeMaddemi"/>
        <w:jc w:val="both"/>
        <w:rPr>
          <w:rFonts w:cs="Times New Roman"/>
          <w:szCs w:val="24"/>
        </w:rPr>
      </w:pPr>
      <w:r w:rsidRPr="00457395">
        <w:rPr>
          <w:rFonts w:cs="Times New Roman"/>
          <w:szCs w:val="24"/>
        </w:rPr>
        <w:t>Submits activity reports to the Head of the Department.</w:t>
      </w:r>
      <w:bookmarkEnd w:id="0"/>
    </w:p>
    <w:sectPr w:rsidR="00202F0B" w:rsidRPr="0045739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02F0B"/>
    <w:rsid w:val="0029639D"/>
    <w:rsid w:val="00326F90"/>
    <w:rsid w:val="0045739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098895"/>
  <w14:defaultImageDpi w14:val="300"/>
  <w15:docId w15:val="{E298FDFE-1FFC-4BB1-8217-A5451613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38074F-E90D-421E-8B03-F843E1E97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Casper</cp:lastModifiedBy>
  <cp:revision>2</cp:revision>
  <dcterms:created xsi:type="dcterms:W3CDTF">2013-12-23T23:15:00Z</dcterms:created>
  <dcterms:modified xsi:type="dcterms:W3CDTF">2026-08-07T19:02:00Z</dcterms:modified>
  <cp:category/>
</cp:coreProperties>
</file>