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063" w:rsidRPr="00A661E9" w:rsidRDefault="00A661E9">
      <w:pPr>
        <w:pStyle w:val="Balk1"/>
        <w:rPr>
          <w:rFonts w:ascii="Times New Roman" w:hAnsi="Times New Roman" w:cs="Times New Roman"/>
          <w:color w:val="auto"/>
          <w:sz w:val="24"/>
          <w:szCs w:val="24"/>
        </w:rPr>
      </w:pPr>
      <w:r w:rsidRPr="00A661E9">
        <w:rPr>
          <w:rFonts w:ascii="Times New Roman" w:hAnsi="Times New Roman" w:cs="Times New Roman"/>
          <w:color w:val="auto"/>
          <w:sz w:val="24"/>
          <w:szCs w:val="24"/>
        </w:rPr>
        <w:t>INTERNAL STAKEHOLDERS UNIT</w:t>
      </w:r>
    </w:p>
    <w:p w:rsidR="00115063" w:rsidRPr="00A661E9" w:rsidRDefault="00A661E9">
      <w:pPr>
        <w:pStyle w:val="Balk2"/>
        <w:rPr>
          <w:rFonts w:ascii="Times New Roman" w:hAnsi="Times New Roman" w:cs="Times New Roman"/>
          <w:color w:val="auto"/>
          <w:sz w:val="24"/>
          <w:szCs w:val="24"/>
        </w:rPr>
      </w:pPr>
      <w:r w:rsidRPr="00A661E9">
        <w:rPr>
          <w:rFonts w:ascii="Times New Roman" w:hAnsi="Times New Roman" w:cs="Times New Roman"/>
          <w:color w:val="auto"/>
          <w:sz w:val="24"/>
          <w:szCs w:val="24"/>
        </w:rPr>
        <w:t>Chair</w:t>
      </w:r>
    </w:p>
    <w:p w:rsidR="00115063" w:rsidRPr="00A661E9" w:rsidRDefault="00A661E9">
      <w:pPr>
        <w:rPr>
          <w:rFonts w:cs="Times New Roman"/>
          <w:szCs w:val="24"/>
        </w:rPr>
      </w:pPr>
      <w:r w:rsidRPr="00A661E9">
        <w:rPr>
          <w:rFonts w:cs="Times New Roman"/>
          <w:szCs w:val="24"/>
        </w:rPr>
        <w:t>Asst. Prof. Dr. Necmiye ÇÖMLEKÇİ</w:t>
      </w:r>
    </w:p>
    <w:p w:rsidR="00115063" w:rsidRPr="00A661E9" w:rsidRDefault="00A661E9">
      <w:pPr>
        <w:pStyle w:val="Balk2"/>
        <w:rPr>
          <w:rFonts w:ascii="Times New Roman" w:hAnsi="Times New Roman" w:cs="Times New Roman"/>
          <w:color w:val="auto"/>
          <w:sz w:val="24"/>
          <w:szCs w:val="24"/>
        </w:rPr>
      </w:pPr>
      <w:r w:rsidRPr="00A661E9">
        <w:rPr>
          <w:rFonts w:ascii="Times New Roman" w:hAnsi="Times New Roman" w:cs="Times New Roman"/>
          <w:color w:val="auto"/>
          <w:sz w:val="24"/>
          <w:szCs w:val="24"/>
        </w:rPr>
        <w:t>Members</w:t>
      </w:r>
    </w:p>
    <w:p w:rsidR="00115063" w:rsidRPr="00A661E9" w:rsidRDefault="00A661E9">
      <w:pPr>
        <w:rPr>
          <w:rFonts w:cs="Times New Roman"/>
          <w:szCs w:val="24"/>
        </w:rPr>
      </w:pPr>
      <w:r w:rsidRPr="00A661E9">
        <w:rPr>
          <w:rFonts w:cs="Times New Roman"/>
          <w:szCs w:val="24"/>
        </w:rPr>
        <w:t>Lect. Feyzan ÖZÇELİK</w:t>
      </w:r>
    </w:p>
    <w:p w:rsidR="00115063" w:rsidRPr="00A661E9" w:rsidRDefault="00A661E9">
      <w:pPr>
        <w:rPr>
          <w:rFonts w:cs="Times New Roman"/>
          <w:szCs w:val="24"/>
        </w:rPr>
      </w:pPr>
      <w:r w:rsidRPr="00A661E9">
        <w:rPr>
          <w:rFonts w:cs="Times New Roman"/>
          <w:szCs w:val="24"/>
        </w:rPr>
        <w:t>Research Assistant Emine GÜNEŞ ŞAN</w:t>
      </w:r>
    </w:p>
    <w:p w:rsidR="00115063" w:rsidRPr="00A661E9" w:rsidRDefault="00A661E9">
      <w:pPr>
        <w:rPr>
          <w:rFonts w:cs="Times New Roman"/>
          <w:szCs w:val="24"/>
        </w:rPr>
      </w:pPr>
      <w:r w:rsidRPr="00A661E9">
        <w:rPr>
          <w:rFonts w:cs="Times New Roman"/>
          <w:szCs w:val="24"/>
        </w:rPr>
        <w:t>Research Assistant Gizem Nur MAZLUM</w:t>
      </w:r>
    </w:p>
    <w:p w:rsidR="00115063" w:rsidRPr="00A661E9" w:rsidRDefault="00A661E9">
      <w:pPr>
        <w:rPr>
          <w:rFonts w:cs="Times New Roman"/>
          <w:szCs w:val="24"/>
        </w:rPr>
      </w:pPr>
      <w:r w:rsidRPr="00A661E9">
        <w:rPr>
          <w:rFonts w:cs="Times New Roman"/>
          <w:szCs w:val="24"/>
        </w:rPr>
        <w:t>Student Member Sude Naz BAYKAL</w:t>
      </w:r>
    </w:p>
    <w:p w:rsidR="00115063" w:rsidRPr="00A661E9" w:rsidRDefault="00A661E9">
      <w:pPr>
        <w:pStyle w:val="Balk2"/>
        <w:rPr>
          <w:rFonts w:ascii="Times New Roman" w:hAnsi="Times New Roman" w:cs="Times New Roman"/>
          <w:color w:val="auto"/>
          <w:sz w:val="24"/>
          <w:szCs w:val="24"/>
        </w:rPr>
      </w:pPr>
      <w:r>
        <w:rPr>
          <w:rFonts w:ascii="Times New Roman" w:hAnsi="Times New Roman" w:cs="Times New Roman"/>
          <w:color w:val="auto"/>
          <w:sz w:val="24"/>
          <w:szCs w:val="24"/>
        </w:rPr>
        <w:t>Job Description</w:t>
      </w:r>
    </w:p>
    <w:p w:rsidR="00115063" w:rsidRPr="00A661E9" w:rsidRDefault="00A661E9" w:rsidP="00A661E9">
      <w:pPr>
        <w:jc w:val="both"/>
        <w:rPr>
          <w:rFonts w:cs="Times New Roman"/>
          <w:szCs w:val="24"/>
        </w:rPr>
      </w:pPr>
      <w:bookmarkStart w:id="0" w:name="_GoBack"/>
      <w:r w:rsidRPr="00A661E9">
        <w:rPr>
          <w:rFonts w:cs="Times New Roman"/>
          <w:szCs w:val="24"/>
        </w:rPr>
        <w:t>The Unit is responsible for carrying out activities</w:t>
      </w:r>
      <w:r w:rsidRPr="00A661E9">
        <w:rPr>
          <w:rFonts w:cs="Times New Roman"/>
          <w:szCs w:val="24"/>
        </w:rPr>
        <w:t xml:space="preserve"> to obtain feedback from students, academic staff, and administrative staff of the Department of Nursing, Faculty of Health Sciences, Bartın University regarding the program objectives, program outcomes, contributions of the nursing education program, and </w:t>
      </w:r>
      <w:r w:rsidRPr="00A661E9">
        <w:rPr>
          <w:rFonts w:cs="Times New Roman"/>
          <w:szCs w:val="24"/>
        </w:rPr>
        <w:t>available facilities, and for reporting the results to the relevant commission.</w:t>
      </w:r>
    </w:p>
    <w:p w:rsidR="00115063" w:rsidRPr="00A661E9" w:rsidRDefault="00A661E9" w:rsidP="00A661E9">
      <w:pPr>
        <w:pStyle w:val="Balk2"/>
        <w:jc w:val="both"/>
        <w:rPr>
          <w:rFonts w:ascii="Times New Roman" w:hAnsi="Times New Roman" w:cs="Times New Roman"/>
          <w:color w:val="auto"/>
          <w:sz w:val="24"/>
          <w:szCs w:val="24"/>
        </w:rPr>
      </w:pPr>
      <w:r w:rsidRPr="00A661E9">
        <w:rPr>
          <w:rFonts w:ascii="Times New Roman" w:hAnsi="Times New Roman" w:cs="Times New Roman"/>
          <w:color w:val="auto"/>
          <w:sz w:val="24"/>
          <w:szCs w:val="24"/>
        </w:rPr>
        <w:t>Duties, Authorities, and Responsibilities</w:t>
      </w:r>
    </w:p>
    <w:p w:rsidR="00115063" w:rsidRPr="00A661E9" w:rsidRDefault="00A661E9" w:rsidP="00A661E9">
      <w:pPr>
        <w:pStyle w:val="ListeMaddemi"/>
        <w:jc w:val="both"/>
        <w:rPr>
          <w:rFonts w:cs="Times New Roman"/>
          <w:szCs w:val="24"/>
        </w:rPr>
      </w:pPr>
      <w:r w:rsidRPr="00A661E9">
        <w:rPr>
          <w:rFonts w:cs="Times New Roman"/>
          <w:szCs w:val="24"/>
        </w:rPr>
        <w:t>Obtains students' opinions regarding the objectives of the nursing education program.</w:t>
      </w:r>
    </w:p>
    <w:p w:rsidR="00115063" w:rsidRPr="00A661E9" w:rsidRDefault="00A661E9" w:rsidP="00A661E9">
      <w:pPr>
        <w:pStyle w:val="ListeMaddemi"/>
        <w:jc w:val="both"/>
        <w:rPr>
          <w:rFonts w:cs="Times New Roman"/>
          <w:szCs w:val="24"/>
        </w:rPr>
      </w:pPr>
      <w:r w:rsidRPr="00A661E9">
        <w:rPr>
          <w:rFonts w:cs="Times New Roman"/>
          <w:szCs w:val="24"/>
        </w:rPr>
        <w:t>Obtains students' opinions regarding the outcome</w:t>
      </w:r>
      <w:r w:rsidRPr="00A661E9">
        <w:rPr>
          <w:rFonts w:cs="Times New Roman"/>
          <w:szCs w:val="24"/>
        </w:rPr>
        <w:t>s of the nursing education program.</w:t>
      </w:r>
    </w:p>
    <w:p w:rsidR="00115063" w:rsidRPr="00A661E9" w:rsidRDefault="00A661E9" w:rsidP="00A661E9">
      <w:pPr>
        <w:pStyle w:val="ListeMaddemi"/>
        <w:jc w:val="both"/>
        <w:rPr>
          <w:rFonts w:cs="Times New Roman"/>
          <w:szCs w:val="24"/>
        </w:rPr>
      </w:pPr>
      <w:r w:rsidRPr="00A661E9">
        <w:rPr>
          <w:rFonts w:cs="Times New Roman"/>
          <w:szCs w:val="24"/>
        </w:rPr>
        <w:t>Obtains students' opinions on the conduct of courses and examinations.</w:t>
      </w:r>
    </w:p>
    <w:p w:rsidR="00115063" w:rsidRPr="00A661E9" w:rsidRDefault="00A661E9" w:rsidP="00A661E9">
      <w:pPr>
        <w:pStyle w:val="ListeMaddemi"/>
        <w:jc w:val="both"/>
        <w:rPr>
          <w:rFonts w:cs="Times New Roman"/>
          <w:szCs w:val="24"/>
        </w:rPr>
      </w:pPr>
      <w:r w:rsidRPr="00A661E9">
        <w:rPr>
          <w:rFonts w:cs="Times New Roman"/>
          <w:szCs w:val="24"/>
        </w:rPr>
        <w:t>Obtains students' opinions regarding the teaching and learning environment.</w:t>
      </w:r>
    </w:p>
    <w:p w:rsidR="00115063" w:rsidRPr="00A661E9" w:rsidRDefault="00A661E9" w:rsidP="00A661E9">
      <w:pPr>
        <w:pStyle w:val="ListeMaddemi"/>
        <w:jc w:val="both"/>
        <w:rPr>
          <w:rFonts w:cs="Times New Roman"/>
          <w:szCs w:val="24"/>
        </w:rPr>
      </w:pPr>
      <w:r w:rsidRPr="00A661E9">
        <w:rPr>
          <w:rFonts w:cs="Times New Roman"/>
          <w:szCs w:val="24"/>
        </w:rPr>
        <w:t>Obtains students' opinions regarding laboratory facilities.</w:t>
      </w:r>
    </w:p>
    <w:p w:rsidR="00115063" w:rsidRPr="00A661E9" w:rsidRDefault="00A661E9" w:rsidP="00A661E9">
      <w:pPr>
        <w:pStyle w:val="ListeMaddemi"/>
        <w:jc w:val="both"/>
        <w:rPr>
          <w:rFonts w:cs="Times New Roman"/>
          <w:szCs w:val="24"/>
        </w:rPr>
      </w:pPr>
      <w:r w:rsidRPr="00A661E9">
        <w:rPr>
          <w:rFonts w:cs="Times New Roman"/>
          <w:szCs w:val="24"/>
        </w:rPr>
        <w:t>Obtains stude</w:t>
      </w:r>
      <w:r w:rsidRPr="00A661E9">
        <w:rPr>
          <w:rFonts w:cs="Times New Roman"/>
          <w:szCs w:val="24"/>
        </w:rPr>
        <w:t>nts' opinions regarding the implementation of clinical and field practice.</w:t>
      </w:r>
    </w:p>
    <w:p w:rsidR="00115063" w:rsidRPr="00A661E9" w:rsidRDefault="00A661E9" w:rsidP="00A661E9">
      <w:pPr>
        <w:pStyle w:val="ListeMaddemi"/>
        <w:jc w:val="both"/>
        <w:rPr>
          <w:rFonts w:cs="Times New Roman"/>
          <w:szCs w:val="24"/>
        </w:rPr>
      </w:pPr>
      <w:r w:rsidRPr="00A661E9">
        <w:rPr>
          <w:rFonts w:cs="Times New Roman"/>
          <w:szCs w:val="24"/>
        </w:rPr>
        <w:t>Obtains students' opinions regarding the services and facilities available at the University and Faculty.</w:t>
      </w:r>
    </w:p>
    <w:p w:rsidR="00115063" w:rsidRPr="00A661E9" w:rsidRDefault="00A661E9" w:rsidP="00A661E9">
      <w:pPr>
        <w:pStyle w:val="ListeMaddemi"/>
        <w:jc w:val="both"/>
        <w:rPr>
          <w:rFonts w:cs="Times New Roman"/>
          <w:szCs w:val="24"/>
        </w:rPr>
      </w:pPr>
      <w:r w:rsidRPr="00A661E9">
        <w:rPr>
          <w:rFonts w:cs="Times New Roman"/>
          <w:szCs w:val="24"/>
        </w:rPr>
        <w:t>Obtains students' opinions regarding academic guidance and advising service</w:t>
      </w:r>
      <w:r w:rsidRPr="00A661E9">
        <w:rPr>
          <w:rFonts w:cs="Times New Roman"/>
          <w:szCs w:val="24"/>
        </w:rPr>
        <w:t>s.</w:t>
      </w:r>
    </w:p>
    <w:p w:rsidR="00115063" w:rsidRPr="00A661E9" w:rsidRDefault="00A661E9" w:rsidP="00A661E9">
      <w:pPr>
        <w:pStyle w:val="ListeMaddemi"/>
        <w:jc w:val="both"/>
        <w:rPr>
          <w:rFonts w:cs="Times New Roman"/>
          <w:szCs w:val="24"/>
        </w:rPr>
      </w:pPr>
      <w:r w:rsidRPr="00A661E9">
        <w:rPr>
          <w:rFonts w:cs="Times New Roman"/>
          <w:szCs w:val="24"/>
        </w:rPr>
        <w:t>Obtains academic staff members' opinions regarding the objectives of the nursing education program.</w:t>
      </w:r>
    </w:p>
    <w:p w:rsidR="00115063" w:rsidRPr="00A661E9" w:rsidRDefault="00A661E9" w:rsidP="00A661E9">
      <w:pPr>
        <w:pStyle w:val="ListeMaddemi"/>
        <w:jc w:val="both"/>
        <w:rPr>
          <w:rFonts w:cs="Times New Roman"/>
          <w:szCs w:val="24"/>
        </w:rPr>
      </w:pPr>
      <w:r w:rsidRPr="00A661E9">
        <w:rPr>
          <w:rFonts w:cs="Times New Roman"/>
          <w:szCs w:val="24"/>
        </w:rPr>
        <w:t>Obtains academic staff members' opinions regarding the outcomes of the nursing education program.</w:t>
      </w:r>
    </w:p>
    <w:p w:rsidR="00115063" w:rsidRPr="00A661E9" w:rsidRDefault="00A661E9" w:rsidP="00A661E9">
      <w:pPr>
        <w:pStyle w:val="ListeMaddemi"/>
        <w:jc w:val="both"/>
        <w:rPr>
          <w:rFonts w:cs="Times New Roman"/>
          <w:szCs w:val="24"/>
        </w:rPr>
      </w:pPr>
      <w:r w:rsidRPr="00A661E9">
        <w:rPr>
          <w:rFonts w:cs="Times New Roman"/>
          <w:szCs w:val="24"/>
        </w:rPr>
        <w:t xml:space="preserve">Obtains academic staff members' opinions regarding the </w:t>
      </w:r>
      <w:r w:rsidRPr="00A661E9">
        <w:rPr>
          <w:rFonts w:cs="Times New Roman"/>
          <w:szCs w:val="24"/>
        </w:rPr>
        <w:t>nursing education program.</w:t>
      </w:r>
    </w:p>
    <w:p w:rsidR="00115063" w:rsidRPr="00A661E9" w:rsidRDefault="00A661E9" w:rsidP="00A661E9">
      <w:pPr>
        <w:pStyle w:val="ListeMaddemi"/>
        <w:jc w:val="both"/>
        <w:rPr>
          <w:rFonts w:cs="Times New Roman"/>
          <w:szCs w:val="24"/>
        </w:rPr>
      </w:pPr>
      <w:r w:rsidRPr="00A661E9">
        <w:rPr>
          <w:rFonts w:cs="Times New Roman"/>
          <w:szCs w:val="24"/>
        </w:rPr>
        <w:t>Obtains academic staff members' opinions regarding laboratory facilities.</w:t>
      </w:r>
    </w:p>
    <w:p w:rsidR="00115063" w:rsidRPr="00A661E9" w:rsidRDefault="00A661E9" w:rsidP="00A661E9">
      <w:pPr>
        <w:pStyle w:val="ListeMaddemi"/>
        <w:jc w:val="both"/>
        <w:rPr>
          <w:rFonts w:cs="Times New Roman"/>
          <w:szCs w:val="24"/>
        </w:rPr>
      </w:pPr>
      <w:r w:rsidRPr="00A661E9">
        <w:rPr>
          <w:rFonts w:cs="Times New Roman"/>
          <w:szCs w:val="24"/>
        </w:rPr>
        <w:t>Obtains academic staff members' opinions regarding the implementation of clinical and field practice.</w:t>
      </w:r>
    </w:p>
    <w:p w:rsidR="00115063" w:rsidRPr="00A661E9" w:rsidRDefault="00A661E9" w:rsidP="00A661E9">
      <w:pPr>
        <w:pStyle w:val="ListeMaddemi"/>
        <w:jc w:val="both"/>
        <w:rPr>
          <w:rFonts w:cs="Times New Roman"/>
          <w:szCs w:val="24"/>
        </w:rPr>
      </w:pPr>
      <w:r w:rsidRPr="00A661E9">
        <w:rPr>
          <w:rFonts w:cs="Times New Roman"/>
          <w:szCs w:val="24"/>
        </w:rPr>
        <w:t>Obtains academic staff members' opinions regarding th</w:t>
      </w:r>
      <w:r w:rsidRPr="00A661E9">
        <w:rPr>
          <w:rFonts w:cs="Times New Roman"/>
          <w:szCs w:val="24"/>
        </w:rPr>
        <w:t>e services and facilities available at the University and Faculty.</w:t>
      </w:r>
    </w:p>
    <w:p w:rsidR="00115063" w:rsidRPr="00A661E9" w:rsidRDefault="00A661E9" w:rsidP="00A661E9">
      <w:pPr>
        <w:pStyle w:val="ListeMaddemi"/>
        <w:jc w:val="both"/>
        <w:rPr>
          <w:rFonts w:cs="Times New Roman"/>
          <w:szCs w:val="24"/>
        </w:rPr>
      </w:pPr>
      <w:r w:rsidRPr="00A661E9">
        <w:rPr>
          <w:rFonts w:cs="Times New Roman"/>
          <w:szCs w:val="24"/>
        </w:rPr>
        <w:lastRenderedPageBreak/>
        <w:t>Obtains administrative staff members' opinions regarding the objectives of the nursing education program.</w:t>
      </w:r>
    </w:p>
    <w:p w:rsidR="00115063" w:rsidRPr="00A661E9" w:rsidRDefault="00A661E9" w:rsidP="00A661E9">
      <w:pPr>
        <w:pStyle w:val="ListeMaddemi"/>
        <w:jc w:val="both"/>
        <w:rPr>
          <w:rFonts w:cs="Times New Roman"/>
          <w:szCs w:val="24"/>
        </w:rPr>
      </w:pPr>
      <w:r w:rsidRPr="00A661E9">
        <w:rPr>
          <w:rFonts w:cs="Times New Roman"/>
          <w:szCs w:val="24"/>
        </w:rPr>
        <w:t>Obtains administrative staff members' opinions regarding the outcomes of the nursin</w:t>
      </w:r>
      <w:r w:rsidRPr="00A661E9">
        <w:rPr>
          <w:rFonts w:cs="Times New Roman"/>
          <w:szCs w:val="24"/>
        </w:rPr>
        <w:t>g education program.</w:t>
      </w:r>
    </w:p>
    <w:p w:rsidR="00115063" w:rsidRPr="00A661E9" w:rsidRDefault="00A661E9" w:rsidP="00A661E9">
      <w:pPr>
        <w:pStyle w:val="ListeMaddemi"/>
        <w:jc w:val="both"/>
        <w:rPr>
          <w:rFonts w:cs="Times New Roman"/>
          <w:szCs w:val="24"/>
        </w:rPr>
      </w:pPr>
      <w:r w:rsidRPr="00A661E9">
        <w:rPr>
          <w:rFonts w:cs="Times New Roman"/>
          <w:szCs w:val="24"/>
        </w:rPr>
        <w:t>Obtains administrative staff members' opinions regarding the services and facilities available at the University and Faculty.</w:t>
      </w:r>
    </w:p>
    <w:p w:rsidR="00115063" w:rsidRPr="00A661E9" w:rsidRDefault="00A661E9" w:rsidP="00A661E9">
      <w:pPr>
        <w:pStyle w:val="ListeMaddemi"/>
        <w:jc w:val="both"/>
        <w:rPr>
          <w:rFonts w:cs="Times New Roman"/>
          <w:szCs w:val="24"/>
        </w:rPr>
      </w:pPr>
      <w:r w:rsidRPr="00A661E9">
        <w:rPr>
          <w:rFonts w:cs="Times New Roman"/>
          <w:szCs w:val="24"/>
        </w:rPr>
        <w:t>Submits activity reports to the Measurement and Evaluation Commission.</w:t>
      </w:r>
      <w:bookmarkEnd w:id="0"/>
    </w:p>
    <w:sectPr w:rsidR="00115063" w:rsidRPr="00A661E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15063"/>
    <w:rsid w:val="0015074B"/>
    <w:rsid w:val="0029639D"/>
    <w:rsid w:val="00326F90"/>
    <w:rsid w:val="00A661E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538E37"/>
  <w14:defaultImageDpi w14:val="300"/>
  <w15:docId w15:val="{47A1012B-FBDB-4114-9F11-8BDDD0C2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0AE74-E636-46BD-8296-BE981ADB7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Casper</cp:lastModifiedBy>
  <cp:revision>2</cp:revision>
  <dcterms:created xsi:type="dcterms:W3CDTF">2013-12-23T23:15:00Z</dcterms:created>
  <dcterms:modified xsi:type="dcterms:W3CDTF">2026-08-07T18:57:00Z</dcterms:modified>
  <cp:category/>
</cp:coreProperties>
</file>